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FADD1" w14:textId="77777777" w:rsidR="00C32005" w:rsidRPr="00F57DAB" w:rsidRDefault="00520CCD" w:rsidP="00F57DAB">
      <w:pPr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  <w:r w:rsidRPr="00F57DAB">
        <w:rPr>
          <w:rFonts w:ascii="Calibri" w:hAnsi="Calibri" w:cs="Calibri"/>
          <w:b/>
          <w:sz w:val="28"/>
          <w:szCs w:val="28"/>
        </w:rPr>
        <w:t>October Vegetarian Menu 2026</w:t>
      </w:r>
    </w:p>
    <w:p w14:paraId="5DEBF15B" w14:textId="77777777" w:rsidR="00C32005" w:rsidRPr="00F57DAB" w:rsidRDefault="00520CCD" w:rsidP="00F57DAB">
      <w:pPr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  <w:r w:rsidRPr="00F57DAB">
        <w:rPr>
          <w:rFonts w:ascii="Calibri" w:hAnsi="Calibri" w:cs="Calibri"/>
          <w:sz w:val="28"/>
          <w:szCs w:val="28"/>
        </w:rPr>
        <w:t>Nutrition Questions? Contact Leigh Hartwell @ 978-651-3023 or lhartwell@agespan.org</w:t>
      </w:r>
      <w:r w:rsidRPr="00F57DAB">
        <w:rPr>
          <w:rFonts w:ascii="Calibri" w:hAnsi="Calibri" w:cs="Calibri"/>
          <w:sz w:val="28"/>
          <w:szCs w:val="28"/>
        </w:rPr>
        <w:br/>
        <w:t>To cancel meals, call the nutrition office at 978-686-1422 at least 24 hours prior to service.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C452FB" w:rsidRPr="00C452FB" w14:paraId="3F945762" w14:textId="77777777" w:rsidTr="00C452FB">
        <w:trPr>
          <w:jc w:val="center"/>
        </w:trPr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97265F" w14:textId="4DE3AAFF" w:rsidR="00C452FB" w:rsidRPr="00C452FB" w:rsidRDefault="00C452FB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>Thursday, October 1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 xml:space="preserve">• Macaroni </w:t>
            </w:r>
            <w:r>
              <w:rPr>
                <w:rFonts w:ascii="Calibri" w:hAnsi="Calibri" w:cs="Calibri"/>
                <w:bCs/>
                <w:sz w:val="28"/>
                <w:szCs w:val="28"/>
              </w:rPr>
              <w:t>and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 xml:space="preserve"> Cheese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Peas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W</w:t>
            </w:r>
            <w:r>
              <w:rPr>
                <w:rFonts w:ascii="Calibri" w:hAnsi="Calibri" w:cs="Calibri"/>
                <w:bCs/>
                <w:sz w:val="28"/>
                <w:szCs w:val="28"/>
              </w:rPr>
              <w:t xml:space="preserve">hole </w:t>
            </w:r>
            <w:r w:rsidR="00774064">
              <w:rPr>
                <w:rFonts w:ascii="Calibri" w:hAnsi="Calibri" w:cs="Calibri"/>
                <w:bCs/>
                <w:sz w:val="28"/>
                <w:szCs w:val="28"/>
              </w:rPr>
              <w:t>W</w:t>
            </w:r>
            <w:r>
              <w:rPr>
                <w:rFonts w:ascii="Calibri" w:hAnsi="Calibri" w:cs="Calibri"/>
                <w:bCs/>
                <w:sz w:val="28"/>
                <w:szCs w:val="28"/>
              </w:rPr>
              <w:t>heat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 xml:space="preserve"> Bread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Cookie</w:t>
            </w: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1172BD" w14:textId="77777777" w:rsidR="00C452FB" w:rsidRDefault="00C452FB" w:rsidP="00774064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 xml:space="preserve">Friday, </w:t>
            </w:r>
          </w:p>
          <w:p w14:paraId="56FE1E22" w14:textId="77777777" w:rsidR="00C452FB" w:rsidRDefault="00C452FB" w:rsidP="00774064">
            <w:pPr>
              <w:spacing w:after="0" w:line="240" w:lineRule="auto"/>
              <w:rPr>
                <w:rFonts w:ascii="Calibri" w:hAnsi="Calibri" w:cs="Calibri"/>
                <w:bCs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>October 2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• Garlic Tofu</w:t>
            </w:r>
          </w:p>
          <w:p w14:paraId="50D26435" w14:textId="565A0852" w:rsidR="00C452FB" w:rsidRDefault="00C452FB" w:rsidP="00774064">
            <w:pPr>
              <w:spacing w:after="0" w:line="240" w:lineRule="auto"/>
              <w:rPr>
                <w:rFonts w:ascii="Calibri" w:hAnsi="Calibri" w:cs="Calibri"/>
                <w:bCs/>
                <w:sz w:val="28"/>
                <w:szCs w:val="28"/>
              </w:rPr>
            </w:pP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 xml:space="preserve">peppers and </w:t>
            </w:r>
            <w:r>
              <w:rPr>
                <w:rFonts w:ascii="Calibri" w:hAnsi="Calibri" w:cs="Calibri"/>
                <w:bCs/>
                <w:sz w:val="28"/>
                <w:szCs w:val="28"/>
              </w:rPr>
              <w:t xml:space="preserve"> </w:t>
            </w:r>
          </w:p>
          <w:p w14:paraId="24A7DD16" w14:textId="1E396049" w:rsidR="00C452FB" w:rsidRPr="00C452FB" w:rsidRDefault="00C452FB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onions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Coconut Rice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Dinner Roll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Fresh Fruit</w:t>
            </w: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D94EE9" w14:textId="77777777" w:rsidR="00C452FB" w:rsidRPr="00C452FB" w:rsidRDefault="00C452FB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B52A24" w14:textId="595FAC5A" w:rsidR="00C452FB" w:rsidRPr="00C452FB" w:rsidRDefault="00C452FB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1E9DB0" w14:textId="48EA2379" w:rsidR="00C452FB" w:rsidRPr="00C452FB" w:rsidRDefault="00C452FB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C32005" w:rsidRPr="00C452FB" w14:paraId="543CA827" w14:textId="77777777" w:rsidTr="00C452FB">
        <w:trPr>
          <w:jc w:val="center"/>
        </w:trPr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E91A67" w14:textId="24F08AC9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>Monday, October 5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• Garlic Ginger Tempeh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 xml:space="preserve">  </w:t>
            </w:r>
            <w:r w:rsidR="00C452FB">
              <w:rPr>
                <w:rFonts w:ascii="Calibri" w:hAnsi="Calibri" w:cs="Calibri"/>
                <w:bCs/>
                <w:sz w:val="28"/>
                <w:szCs w:val="28"/>
              </w:rPr>
              <w:t>and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 xml:space="preserve"> Mushrooms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Broccoli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Brown Rice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Canned Fruit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 xml:space="preserve">• </w:t>
            </w:r>
            <w:r w:rsidR="00774064" w:rsidRPr="00C452FB">
              <w:rPr>
                <w:rFonts w:ascii="Calibri" w:hAnsi="Calibri" w:cs="Calibri"/>
                <w:bCs/>
                <w:sz w:val="28"/>
                <w:szCs w:val="28"/>
              </w:rPr>
              <w:t>W</w:t>
            </w:r>
            <w:r w:rsidR="00774064">
              <w:rPr>
                <w:rFonts w:ascii="Calibri" w:hAnsi="Calibri" w:cs="Calibri"/>
                <w:bCs/>
                <w:sz w:val="28"/>
                <w:szCs w:val="28"/>
              </w:rPr>
              <w:t>hole Wheat</w:t>
            </w:r>
            <w:r w:rsidR="00774064" w:rsidRPr="00C452FB">
              <w:rPr>
                <w:rFonts w:ascii="Calibri" w:hAnsi="Calibri" w:cs="Calibri"/>
                <w:bCs/>
                <w:sz w:val="28"/>
                <w:szCs w:val="28"/>
              </w:rPr>
              <w:t xml:space="preserve"> 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Bread</w:t>
            </w: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A6A60D" w14:textId="22BCF03F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>Tuesday, October 6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• Lemon Garlic Beans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Roasted Sweet Potatoes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Garlic Spinach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M</w:t>
            </w:r>
            <w:r w:rsidR="00C452FB">
              <w:rPr>
                <w:rFonts w:ascii="Calibri" w:hAnsi="Calibri" w:cs="Calibri"/>
                <w:bCs/>
                <w:sz w:val="28"/>
                <w:szCs w:val="28"/>
              </w:rPr>
              <w:t>ultigrain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 xml:space="preserve"> Bread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Canned Fruit</w:t>
            </w: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3D293F" w14:textId="77777777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>Wednesday, October 7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• Tofu Pad Thai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Steamed Veggies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Fresh Fruit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Dinner Roll</w:t>
            </w: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643EA3" w14:textId="77777777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>Thursday, October 8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• Cheese Omelet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Roasted Potatoes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Beets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Fruit Loaf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Yogurt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Juice</w:t>
            </w: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0C68C4" w14:textId="77777777" w:rsidR="00C452FB" w:rsidRDefault="00520CCD" w:rsidP="00774064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 xml:space="preserve">Friday, </w:t>
            </w:r>
          </w:p>
          <w:p w14:paraId="4AC3CA82" w14:textId="093AA4BF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>October 9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 xml:space="preserve">• Stuffed Shells </w:t>
            </w:r>
            <w:r w:rsidR="00C452FB">
              <w:rPr>
                <w:rFonts w:ascii="Calibri" w:hAnsi="Calibri" w:cs="Calibri"/>
                <w:bCs/>
                <w:sz w:val="28"/>
                <w:szCs w:val="28"/>
              </w:rPr>
              <w:t>and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 xml:space="preserve">  Marinara Sauce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Cauliflower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Oat Bread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Cookie</w:t>
            </w:r>
          </w:p>
        </w:tc>
      </w:tr>
      <w:tr w:rsidR="00C32005" w:rsidRPr="00C452FB" w14:paraId="2378C410" w14:textId="77777777" w:rsidTr="00C452FB">
        <w:trPr>
          <w:jc w:val="center"/>
        </w:trPr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0BD296" w14:textId="77777777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>Monday, October 12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Holiday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No Meals</w:t>
            </w: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9A85FA" w14:textId="0102C365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>Tuesday, October 13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• Honey Garlic Tofu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 xml:space="preserve">  </w:t>
            </w:r>
            <w:r w:rsidR="00C452FB">
              <w:rPr>
                <w:rFonts w:ascii="Calibri" w:hAnsi="Calibri" w:cs="Calibri"/>
                <w:bCs/>
                <w:sz w:val="28"/>
                <w:szCs w:val="28"/>
              </w:rPr>
              <w:t>and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 xml:space="preserve"> Veggies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White Rice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Dinner Roll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Fresh Fruit</w:t>
            </w: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12BE96" w14:textId="3391FB02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>Wednesday, October 14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• Lentil Bolognese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Egg noodles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Broccoli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 xml:space="preserve">• </w:t>
            </w:r>
            <w:r w:rsidR="00C452FB" w:rsidRPr="00C452FB">
              <w:rPr>
                <w:rFonts w:ascii="Calibri" w:hAnsi="Calibri" w:cs="Calibri"/>
                <w:bCs/>
                <w:sz w:val="28"/>
                <w:szCs w:val="28"/>
              </w:rPr>
              <w:t>M</w:t>
            </w:r>
            <w:r w:rsidR="00C452FB">
              <w:rPr>
                <w:rFonts w:ascii="Calibri" w:hAnsi="Calibri" w:cs="Calibri"/>
                <w:bCs/>
                <w:sz w:val="28"/>
                <w:szCs w:val="28"/>
              </w:rPr>
              <w:t>ultigrain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 xml:space="preserve"> Bread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Canned Fruit</w:t>
            </w: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263039" w14:textId="77777777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>Thursday, October 15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• BBQ Tempeh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Roasted Sweet Potatoes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Cauliflower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Oat Bread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Cookie</w:t>
            </w: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C5CB9A" w14:textId="77777777" w:rsidR="00774064" w:rsidRDefault="00520CCD" w:rsidP="00774064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 xml:space="preserve">Friday, </w:t>
            </w:r>
          </w:p>
          <w:p w14:paraId="6714C93B" w14:textId="5CF31FBD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>October 16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• Veggie Burger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Green Beans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Mashed Potatoes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W</w:t>
            </w:r>
            <w:r w:rsidR="00774064">
              <w:rPr>
                <w:rFonts w:ascii="Calibri" w:hAnsi="Calibri" w:cs="Calibri"/>
                <w:bCs/>
                <w:sz w:val="28"/>
                <w:szCs w:val="28"/>
              </w:rPr>
              <w:t xml:space="preserve">hole 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W</w:t>
            </w:r>
            <w:r w:rsidR="00774064">
              <w:rPr>
                <w:rFonts w:ascii="Calibri" w:hAnsi="Calibri" w:cs="Calibri"/>
                <w:bCs/>
                <w:sz w:val="28"/>
                <w:szCs w:val="28"/>
              </w:rPr>
              <w:t>heat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 xml:space="preserve"> Burger Bun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Pudding</w:t>
            </w:r>
          </w:p>
        </w:tc>
      </w:tr>
      <w:tr w:rsidR="00C32005" w:rsidRPr="00C452FB" w14:paraId="19908B99" w14:textId="77777777" w:rsidTr="00C452FB">
        <w:trPr>
          <w:jc w:val="center"/>
        </w:trPr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06554E" w14:textId="65363D66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>Monday, October 19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• Black Beans,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 xml:space="preserve">  Peppers </w:t>
            </w:r>
            <w:r w:rsidR="00C452FB">
              <w:rPr>
                <w:rFonts w:ascii="Calibri" w:hAnsi="Calibri" w:cs="Calibri"/>
                <w:bCs/>
                <w:sz w:val="28"/>
                <w:szCs w:val="28"/>
              </w:rPr>
              <w:t>and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 xml:space="preserve"> Onions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Corn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Spanish Rice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lastRenderedPageBreak/>
              <w:t>• MG Bread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Yogurt</w:t>
            </w: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0373B7" w14:textId="65D75A89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>Tuesday, October 20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 xml:space="preserve">• Lasagna </w:t>
            </w:r>
            <w:r w:rsidR="00C452FB">
              <w:rPr>
                <w:rFonts w:ascii="Calibri" w:hAnsi="Calibri" w:cs="Calibri"/>
                <w:bCs/>
                <w:sz w:val="28"/>
                <w:szCs w:val="28"/>
              </w:rPr>
              <w:t>and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 xml:space="preserve"> Marinara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Capri Blend Veg</w:t>
            </w:r>
            <w:r w:rsidR="00774064">
              <w:rPr>
                <w:rFonts w:ascii="Calibri" w:hAnsi="Calibri" w:cs="Calibri"/>
                <w:bCs/>
                <w:sz w:val="28"/>
                <w:szCs w:val="28"/>
              </w:rPr>
              <w:t>gies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W</w:t>
            </w:r>
            <w:r w:rsidR="00C452FB">
              <w:rPr>
                <w:rFonts w:ascii="Calibri" w:hAnsi="Calibri" w:cs="Calibri"/>
                <w:bCs/>
                <w:sz w:val="28"/>
                <w:szCs w:val="28"/>
              </w:rPr>
              <w:t xml:space="preserve">hole </w:t>
            </w:r>
            <w:r w:rsidR="00774064">
              <w:rPr>
                <w:rFonts w:ascii="Calibri" w:hAnsi="Calibri" w:cs="Calibri"/>
                <w:bCs/>
                <w:sz w:val="28"/>
                <w:szCs w:val="28"/>
              </w:rPr>
              <w:t>W</w:t>
            </w:r>
            <w:r w:rsidR="00C452FB">
              <w:rPr>
                <w:rFonts w:ascii="Calibri" w:hAnsi="Calibri" w:cs="Calibri"/>
                <w:bCs/>
                <w:sz w:val="28"/>
                <w:szCs w:val="28"/>
              </w:rPr>
              <w:t>heat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 xml:space="preserve"> 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lastRenderedPageBreak/>
              <w:t>Garlic Roll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Cookie</w:t>
            </w: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7B205A" w14:textId="0870A876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>Wednesday, October 21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• Vegetarian Sausage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Baked Beans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Apples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Garden Salad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 xml:space="preserve">• Sub </w:t>
            </w:r>
            <w:r w:rsidR="00774064">
              <w:rPr>
                <w:rFonts w:ascii="Calibri" w:hAnsi="Calibri" w:cs="Calibri"/>
                <w:bCs/>
                <w:sz w:val="28"/>
                <w:szCs w:val="28"/>
              </w:rPr>
              <w:t>R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oll</w:t>
            </w: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94F3AF" w14:textId="77777777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>Thursday, October 22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• General TSO Tofu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Broccoli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Vegetable Lo Mein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lastRenderedPageBreak/>
              <w:t>• Dinner Roll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Fresh Fruit</w:t>
            </w: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AF9CCA" w14:textId="77777777" w:rsidR="00774064" w:rsidRDefault="00520CCD" w:rsidP="00774064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 xml:space="preserve">Friday, </w:t>
            </w:r>
          </w:p>
          <w:p w14:paraId="7B557C5A" w14:textId="6E51D043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>October 23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• Frittata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Peas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Mashed Potatoes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Oat Bread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Canned Fruit</w:t>
            </w:r>
          </w:p>
        </w:tc>
      </w:tr>
      <w:tr w:rsidR="00C32005" w:rsidRPr="00C452FB" w14:paraId="18FA8F2D" w14:textId="77777777" w:rsidTr="00C452FB">
        <w:trPr>
          <w:jc w:val="center"/>
        </w:trPr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482CA5" w14:textId="77777777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>Monday, October 26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• Tofu and Tomatoes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White Rice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Dinner Roll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Fresh Fruit</w:t>
            </w: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E59B65" w14:textId="6B1E717C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>Tuesday, October 27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• Balsamic Tempeh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Quinoa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Green beans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 xml:space="preserve">• </w:t>
            </w:r>
            <w:r w:rsidR="00C452FB" w:rsidRPr="00C452FB">
              <w:rPr>
                <w:rFonts w:ascii="Calibri" w:hAnsi="Calibri" w:cs="Calibri"/>
                <w:bCs/>
                <w:sz w:val="28"/>
                <w:szCs w:val="28"/>
              </w:rPr>
              <w:t>M</w:t>
            </w:r>
            <w:r w:rsidR="00C452FB">
              <w:rPr>
                <w:rFonts w:ascii="Calibri" w:hAnsi="Calibri" w:cs="Calibri"/>
                <w:bCs/>
                <w:sz w:val="28"/>
                <w:szCs w:val="28"/>
              </w:rPr>
              <w:t>ultigrain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 xml:space="preserve"> Bread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Mandarins</w:t>
            </w: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874948" w14:textId="77777777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>Wednesday, October 28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• Chickpeas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Marry Me Sauce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Mashed Potatoes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Broccoli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Vienna Bread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Cookie</w:t>
            </w: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1335F5" w14:textId="77777777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>Thursday, October 29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• Vegetarian Chilli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Brown Rice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Cornbread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Canned Fruit</w:t>
            </w:r>
          </w:p>
        </w:tc>
        <w:tc>
          <w:tcPr>
            <w:tcW w:w="215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02D27D" w14:textId="77777777" w:rsidR="00774064" w:rsidRDefault="00520CCD" w:rsidP="00774064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 xml:space="preserve">Friday, </w:t>
            </w:r>
          </w:p>
          <w:p w14:paraId="5409D9EF" w14:textId="020B9FEC" w:rsidR="00C32005" w:rsidRPr="00C452FB" w:rsidRDefault="00520CCD" w:rsidP="0077406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C452FB">
              <w:rPr>
                <w:rFonts w:ascii="Calibri" w:hAnsi="Calibri" w:cs="Calibri"/>
                <w:b/>
                <w:sz w:val="28"/>
                <w:szCs w:val="28"/>
              </w:rPr>
              <w:t>October 30</w:t>
            </w:r>
            <w:r w:rsidRPr="00C452FB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t>• Breaded “Chicken”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Roasted Sweet Potato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Brussels Sprouts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Pudding</w:t>
            </w:r>
            <w:r w:rsidRPr="00C452FB">
              <w:rPr>
                <w:rFonts w:ascii="Calibri" w:hAnsi="Calibri" w:cs="Calibri"/>
                <w:bCs/>
                <w:sz w:val="28"/>
                <w:szCs w:val="28"/>
              </w:rPr>
              <w:br/>
              <w:t>• Oat Bread</w:t>
            </w:r>
          </w:p>
        </w:tc>
      </w:tr>
    </w:tbl>
    <w:p w14:paraId="2019CE33" w14:textId="77777777" w:rsidR="00414FAB" w:rsidRDefault="00520CCD" w:rsidP="00414FAB">
      <w:pPr>
        <w:spacing w:after="0" w:line="240" w:lineRule="auto"/>
        <w:jc w:val="center"/>
        <w:rPr>
          <w:rFonts w:ascii="Calibri" w:hAnsi="Calibri" w:cs="Calibri"/>
          <w:iCs/>
          <w:sz w:val="28"/>
          <w:szCs w:val="28"/>
        </w:rPr>
      </w:pPr>
      <w:r w:rsidRPr="00C452FB">
        <w:rPr>
          <w:rFonts w:ascii="Calibri" w:hAnsi="Calibri" w:cs="Calibri"/>
          <w:iCs/>
          <w:sz w:val="28"/>
          <w:szCs w:val="28"/>
        </w:rPr>
        <w:t>A $2.00 Confidential Donation is Suggested Per Meal. Donation Letters Are Mailed Monthly.</w:t>
      </w:r>
      <w:r w:rsidRPr="00C452FB">
        <w:rPr>
          <w:rFonts w:ascii="Calibri" w:hAnsi="Calibri" w:cs="Calibri"/>
          <w:iCs/>
          <w:sz w:val="28"/>
          <w:szCs w:val="28"/>
        </w:rPr>
        <w:br/>
        <w:t>Brought to You by The Older Americans Act</w:t>
      </w:r>
      <w:r w:rsidR="00414FAB">
        <w:rPr>
          <w:rFonts w:ascii="Calibri" w:hAnsi="Calibri" w:cs="Calibri"/>
          <w:iCs/>
          <w:sz w:val="28"/>
          <w:szCs w:val="28"/>
        </w:rPr>
        <w:t>.</w:t>
      </w:r>
      <w:r w:rsidRPr="00C452FB">
        <w:rPr>
          <w:rFonts w:ascii="Calibri" w:hAnsi="Calibri" w:cs="Calibri"/>
          <w:iCs/>
          <w:sz w:val="28"/>
          <w:szCs w:val="28"/>
        </w:rPr>
        <w:t xml:space="preserve"> </w:t>
      </w:r>
    </w:p>
    <w:p w14:paraId="5F5373A8" w14:textId="2FA6766C" w:rsidR="00C32005" w:rsidRPr="00C452FB" w:rsidRDefault="00520CCD" w:rsidP="00414FAB">
      <w:pPr>
        <w:spacing w:after="0" w:line="240" w:lineRule="auto"/>
        <w:jc w:val="center"/>
        <w:rPr>
          <w:rFonts w:ascii="Calibri" w:hAnsi="Calibri" w:cs="Calibri"/>
          <w:iCs/>
          <w:sz w:val="28"/>
          <w:szCs w:val="28"/>
        </w:rPr>
      </w:pPr>
      <w:r w:rsidRPr="00C452FB">
        <w:rPr>
          <w:rFonts w:ascii="Calibri" w:hAnsi="Calibri" w:cs="Calibri"/>
          <w:iCs/>
          <w:sz w:val="28"/>
          <w:szCs w:val="28"/>
        </w:rPr>
        <w:t>Menu Subject to Change Without Notice</w:t>
      </w:r>
    </w:p>
    <w:p w14:paraId="1F88EAB8" w14:textId="77777777" w:rsidR="00C32005" w:rsidRDefault="00520CCD">
      <w:r>
        <w:br w:type="page"/>
      </w:r>
    </w:p>
    <w:p w14:paraId="62A163E4" w14:textId="77777777" w:rsidR="00C32005" w:rsidRDefault="00520CCD">
      <w:pPr>
        <w:jc w:val="center"/>
      </w:pPr>
      <w:r>
        <w:rPr>
          <w:rFonts w:ascii="Arial" w:hAnsi="Arial"/>
          <w:b/>
          <w:color w:val="0066CC"/>
          <w:sz w:val="28"/>
        </w:rPr>
        <w:lastRenderedPageBreak/>
        <w:t>PROTEIN - BUILDING BLOCKS FOR LIFE</w:t>
      </w:r>
    </w:p>
    <w:p w14:paraId="648213DE" w14:textId="77777777" w:rsidR="00C32005" w:rsidRDefault="00520CCD">
      <w:r>
        <w:rPr>
          <w:rFonts w:ascii="Arial" w:hAnsi="Arial"/>
          <w:sz w:val="21"/>
        </w:rPr>
        <w:t>Protein is one of the three macronutrients, along with fats and carbohydrates, that helps your body function properly.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C32005" w14:paraId="5C7A16AE" w14:textId="77777777">
        <w:trPr>
          <w:jc w:val="center"/>
        </w:trPr>
        <w:tc>
          <w:tcPr>
            <w:tcW w:w="5400" w:type="dxa"/>
          </w:tcPr>
          <w:p w14:paraId="6D411705" w14:textId="77777777" w:rsidR="00C32005" w:rsidRDefault="00520CCD">
            <w:r>
              <w:rPr>
                <w:b/>
                <w:color w:val="CC0066"/>
              </w:rPr>
              <w:t>Why is Protein Important?</w:t>
            </w:r>
          </w:p>
          <w:p w14:paraId="751CFFD1" w14:textId="77777777" w:rsidR="00C32005" w:rsidRDefault="00520CCD">
            <w:pPr>
              <w:pStyle w:val="ListBullet"/>
            </w:pPr>
            <w:r>
              <w:rPr>
                <w:sz w:val="19"/>
              </w:rPr>
              <w:t>Building blocks for bones, muscles, cartilage, skin, and blood</w:t>
            </w:r>
          </w:p>
          <w:p w14:paraId="748EEF6E" w14:textId="77777777" w:rsidR="00C32005" w:rsidRDefault="00520CCD">
            <w:pPr>
              <w:pStyle w:val="ListBullet"/>
            </w:pPr>
            <w:r>
              <w:rPr>
                <w:sz w:val="19"/>
              </w:rPr>
              <w:t>Produces antibodies to help fight infection</w:t>
            </w:r>
          </w:p>
          <w:p w14:paraId="2A844E91" w14:textId="77777777" w:rsidR="00C32005" w:rsidRDefault="00520CCD">
            <w:pPr>
              <w:pStyle w:val="ListBullet"/>
            </w:pPr>
            <w:r>
              <w:rPr>
                <w:sz w:val="19"/>
              </w:rPr>
              <w:t>Creates enzymes and hormones that regulate body functions</w:t>
            </w:r>
          </w:p>
          <w:p w14:paraId="30C6D10A" w14:textId="77777777" w:rsidR="00C32005" w:rsidRDefault="00520CCD">
            <w:pPr>
              <w:pStyle w:val="ListBullet"/>
            </w:pPr>
            <w:r>
              <w:rPr>
                <w:sz w:val="19"/>
              </w:rPr>
              <w:t>Maintains proper pH and fluid balance</w:t>
            </w:r>
          </w:p>
          <w:p w14:paraId="564E4798" w14:textId="77777777" w:rsidR="00C32005" w:rsidRDefault="00520CCD">
            <w:pPr>
              <w:pStyle w:val="ListBullet"/>
            </w:pPr>
            <w:r>
              <w:rPr>
                <w:sz w:val="19"/>
              </w:rPr>
              <w:t>Stabilizes blood sugar when paired with carbs and fats</w:t>
            </w:r>
          </w:p>
          <w:p w14:paraId="141D7FB1" w14:textId="77777777" w:rsidR="00C32005" w:rsidRDefault="00520CCD">
            <w:pPr>
              <w:pStyle w:val="ListBullet"/>
            </w:pPr>
            <w:r>
              <w:rPr>
                <w:sz w:val="19"/>
              </w:rPr>
              <w:t>Helps you feel full and satisfied after meals and snacks</w:t>
            </w:r>
          </w:p>
          <w:p w14:paraId="4AB86B3D" w14:textId="77777777" w:rsidR="00C32005" w:rsidRDefault="00520CCD">
            <w:pPr>
              <w:spacing w:before="160"/>
            </w:pPr>
            <w:r>
              <w:rPr>
                <w:b/>
                <w:color w:val="006699"/>
              </w:rPr>
              <w:t>How Much Protein Do You Need?</w:t>
            </w:r>
          </w:p>
          <w:p w14:paraId="1FF6D702" w14:textId="77777777" w:rsidR="00C32005" w:rsidRDefault="00520CCD">
            <w:r>
              <w:rPr>
                <w:sz w:val="19"/>
              </w:rPr>
              <w:t>Protein needs vary. Active individuals and older adults often need more protein, while sedentary adults typically need less. If following a plant-based diet, be mindful of meeting your needs.</w:t>
            </w:r>
          </w:p>
        </w:tc>
        <w:tc>
          <w:tcPr>
            <w:tcW w:w="5400" w:type="dxa"/>
          </w:tcPr>
          <w:p w14:paraId="5BA32504" w14:textId="77777777" w:rsidR="00C32005" w:rsidRDefault="00520CCD">
            <w:r>
              <w:rPr>
                <w:b/>
                <w:color w:val="CC0066"/>
              </w:rPr>
              <w:t>Good Sources of Protein</w:t>
            </w:r>
          </w:p>
          <w:p w14:paraId="1CCFFAA0" w14:textId="77777777" w:rsidR="00C32005" w:rsidRDefault="00520CCD">
            <w:r>
              <w:rPr>
                <w:b/>
                <w:sz w:val="18"/>
              </w:rPr>
              <w:t>ANIMAL</w:t>
            </w:r>
          </w:p>
          <w:p w14:paraId="71CE7C60" w14:textId="77777777" w:rsidR="00C32005" w:rsidRDefault="00520CCD">
            <w:pPr>
              <w:pStyle w:val="ListBullet"/>
            </w:pPr>
            <w:r>
              <w:rPr>
                <w:sz w:val="19"/>
              </w:rPr>
              <w:t>Fish and seafood</w:t>
            </w:r>
          </w:p>
          <w:p w14:paraId="19866E2E" w14:textId="77777777" w:rsidR="00C32005" w:rsidRDefault="00520CCD">
            <w:pPr>
              <w:pStyle w:val="ListBullet"/>
            </w:pPr>
            <w:r>
              <w:rPr>
                <w:sz w:val="19"/>
              </w:rPr>
              <w:t>Meat and poultry</w:t>
            </w:r>
          </w:p>
          <w:p w14:paraId="553DA590" w14:textId="77777777" w:rsidR="00C32005" w:rsidRDefault="00520CCD">
            <w:pPr>
              <w:pStyle w:val="ListBullet"/>
            </w:pPr>
            <w:r>
              <w:rPr>
                <w:sz w:val="19"/>
              </w:rPr>
              <w:t>Eggs</w:t>
            </w:r>
          </w:p>
          <w:p w14:paraId="390570C3" w14:textId="77777777" w:rsidR="00C32005" w:rsidRDefault="00520CCD">
            <w:pPr>
              <w:pStyle w:val="ListBullet"/>
            </w:pPr>
            <w:r>
              <w:rPr>
                <w:sz w:val="19"/>
              </w:rPr>
              <w:t>Milk, yogurt, and cheese</w:t>
            </w:r>
          </w:p>
          <w:p w14:paraId="20C3AE73" w14:textId="77777777" w:rsidR="00C32005" w:rsidRDefault="00520CCD">
            <w:pPr>
              <w:spacing w:before="80"/>
            </w:pPr>
            <w:r>
              <w:rPr>
                <w:b/>
                <w:sz w:val="18"/>
              </w:rPr>
              <w:t>PLANT</w:t>
            </w:r>
          </w:p>
          <w:p w14:paraId="0E0841CE" w14:textId="77777777" w:rsidR="00C32005" w:rsidRDefault="00520CCD">
            <w:pPr>
              <w:pStyle w:val="ListBullet"/>
            </w:pPr>
            <w:r>
              <w:rPr>
                <w:sz w:val="19"/>
              </w:rPr>
              <w:t>Beans, peas, and lentils</w:t>
            </w:r>
          </w:p>
          <w:p w14:paraId="6DD12F02" w14:textId="77777777" w:rsidR="00C32005" w:rsidRDefault="00520CCD">
            <w:pPr>
              <w:pStyle w:val="ListBullet"/>
            </w:pPr>
            <w:r>
              <w:rPr>
                <w:sz w:val="19"/>
              </w:rPr>
              <w:t>Nuts, nut butters, seeds</w:t>
            </w:r>
          </w:p>
          <w:p w14:paraId="0D056241" w14:textId="77777777" w:rsidR="00C32005" w:rsidRDefault="00520CCD">
            <w:pPr>
              <w:pStyle w:val="ListBullet"/>
            </w:pPr>
            <w:r>
              <w:rPr>
                <w:sz w:val="19"/>
              </w:rPr>
              <w:t>Soy food, such as tofu, tempeh, and edamame</w:t>
            </w:r>
          </w:p>
          <w:p w14:paraId="22971B47" w14:textId="77777777" w:rsidR="00C32005" w:rsidRDefault="00520CCD">
            <w:pPr>
              <w:pStyle w:val="ListBullet"/>
            </w:pPr>
            <w:r>
              <w:rPr>
                <w:sz w:val="19"/>
              </w:rPr>
              <w:t>Quinoa and other whole grains</w:t>
            </w:r>
          </w:p>
          <w:p w14:paraId="19FE2718" w14:textId="77777777" w:rsidR="00C32005" w:rsidRDefault="00520CCD">
            <w:pPr>
              <w:spacing w:before="160"/>
            </w:pPr>
            <w:r>
              <w:rPr>
                <w:b/>
                <w:color w:val="00994C"/>
              </w:rPr>
              <w:t>Smart Protein Tips</w:t>
            </w:r>
          </w:p>
          <w:p w14:paraId="462E9551" w14:textId="77777777" w:rsidR="00C32005" w:rsidRDefault="00520CCD">
            <w:pPr>
              <w:pStyle w:val="ListBullet"/>
            </w:pPr>
            <w:r>
              <w:rPr>
                <w:sz w:val="19"/>
              </w:rPr>
              <w:t>Start the day with protein-rich breakfast options</w:t>
            </w:r>
          </w:p>
          <w:p w14:paraId="042316DA" w14:textId="77777777" w:rsidR="00C32005" w:rsidRDefault="00520CCD">
            <w:pPr>
              <w:pStyle w:val="ListBullet"/>
            </w:pPr>
            <w:r>
              <w:rPr>
                <w:sz w:val="19"/>
              </w:rPr>
              <w:t>Add protein to snacks</w:t>
            </w:r>
          </w:p>
          <w:p w14:paraId="5130552D" w14:textId="77777777" w:rsidR="00C32005" w:rsidRDefault="00520CCD">
            <w:pPr>
              <w:pStyle w:val="ListBullet"/>
            </w:pPr>
            <w:r>
              <w:rPr>
                <w:sz w:val="19"/>
              </w:rPr>
              <w:t>Prioritize protein after physical activity</w:t>
            </w:r>
          </w:p>
          <w:p w14:paraId="46409117" w14:textId="77777777" w:rsidR="00C32005" w:rsidRDefault="00520CCD">
            <w:pPr>
              <w:pStyle w:val="ListBullet"/>
            </w:pPr>
            <w:r>
              <w:rPr>
                <w:sz w:val="19"/>
              </w:rPr>
              <w:t>Spread throughout the day instead of eating it all at one meal</w:t>
            </w:r>
          </w:p>
          <w:p w14:paraId="360AEEDB" w14:textId="77777777" w:rsidR="00C32005" w:rsidRDefault="00520CCD">
            <w:pPr>
              <w:pStyle w:val="ListBullet"/>
            </w:pPr>
            <w:r>
              <w:rPr>
                <w:sz w:val="19"/>
              </w:rPr>
              <w:t>Combine protein with fiber for better fullness</w:t>
            </w:r>
          </w:p>
        </w:tc>
      </w:tr>
    </w:tbl>
    <w:p w14:paraId="52C50A38" w14:textId="77777777" w:rsidR="00C32005" w:rsidRDefault="00520CCD">
      <w:pPr>
        <w:spacing w:before="480"/>
      </w:pPr>
      <w:r>
        <w:rPr>
          <w:i/>
          <w:sz w:val="16"/>
        </w:rPr>
        <w:t>Sources: https://nutritionsource.hsph.harvard.edu/what-should-you-eat/protein/ | https://www.dietaryguidelines.gov/</w:t>
      </w:r>
      <w:r>
        <w:rPr>
          <w:i/>
          <w:sz w:val="16"/>
        </w:rPr>
        <w:br/>
        <w:t>ELIOR NORTH AMERICA | BeWell</w:t>
      </w:r>
    </w:p>
    <w:sectPr w:rsidR="00C32005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9698992">
    <w:abstractNumId w:val="8"/>
  </w:num>
  <w:num w:numId="2" w16cid:durableId="401669">
    <w:abstractNumId w:val="6"/>
  </w:num>
  <w:num w:numId="3" w16cid:durableId="544560971">
    <w:abstractNumId w:val="5"/>
  </w:num>
  <w:num w:numId="4" w16cid:durableId="699861918">
    <w:abstractNumId w:val="4"/>
  </w:num>
  <w:num w:numId="5" w16cid:durableId="1554002453">
    <w:abstractNumId w:val="7"/>
  </w:num>
  <w:num w:numId="6" w16cid:durableId="9141518">
    <w:abstractNumId w:val="3"/>
  </w:num>
  <w:num w:numId="7" w16cid:durableId="2120296406">
    <w:abstractNumId w:val="2"/>
  </w:num>
  <w:num w:numId="8" w16cid:durableId="2111579524">
    <w:abstractNumId w:val="1"/>
  </w:num>
  <w:num w:numId="9" w16cid:durableId="1375810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9CD"/>
    <w:rsid w:val="0006063C"/>
    <w:rsid w:val="0015074B"/>
    <w:rsid w:val="0029639D"/>
    <w:rsid w:val="00326F90"/>
    <w:rsid w:val="00414FAB"/>
    <w:rsid w:val="00520CCD"/>
    <w:rsid w:val="0057508B"/>
    <w:rsid w:val="00774064"/>
    <w:rsid w:val="00AA1D8D"/>
    <w:rsid w:val="00B47730"/>
    <w:rsid w:val="00C32005"/>
    <w:rsid w:val="00C452FB"/>
    <w:rsid w:val="00CB0664"/>
    <w:rsid w:val="00F57D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CE1CF9"/>
  <w14:defaultImageDpi w14:val="300"/>
  <w15:docId w15:val="{79993918-398E-4CBF-9756-4AF02C81D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543</Words>
  <Characters>3214</Characters>
  <Application>Microsoft Office Word</Application>
  <DocSecurity>0</DocSecurity>
  <Lines>247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Leigh Hartwell</cp:lastModifiedBy>
  <cp:revision>6</cp:revision>
  <dcterms:created xsi:type="dcterms:W3CDTF">2026-09-22T20:15:00Z</dcterms:created>
  <dcterms:modified xsi:type="dcterms:W3CDTF">2026-09-22T21:24:00Z</dcterms:modified>
  <cp:category/>
</cp:coreProperties>
</file>