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7F112" w14:textId="27C3BD4D" w:rsidR="001F0AF6" w:rsidRPr="00DA15AF" w:rsidRDefault="00000000" w:rsidP="00DA15AF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DA15AF">
        <w:rPr>
          <w:rFonts w:ascii="Calibri" w:hAnsi="Calibri" w:cs="Calibri"/>
          <w:b/>
          <w:sz w:val="28"/>
          <w:szCs w:val="28"/>
        </w:rPr>
        <w:t xml:space="preserve">October </w:t>
      </w:r>
      <w:r w:rsidR="00DA15AF" w:rsidRPr="00DA15AF">
        <w:rPr>
          <w:rFonts w:ascii="Calibri" w:hAnsi="Calibri" w:cs="Calibri"/>
          <w:b/>
          <w:sz w:val="28"/>
          <w:szCs w:val="28"/>
        </w:rPr>
        <w:t xml:space="preserve">Renal </w:t>
      </w:r>
      <w:r w:rsidRPr="00DA15AF">
        <w:rPr>
          <w:rFonts w:ascii="Calibri" w:hAnsi="Calibri" w:cs="Calibri"/>
          <w:b/>
          <w:sz w:val="28"/>
          <w:szCs w:val="28"/>
        </w:rPr>
        <w:t>Menu 2026</w:t>
      </w:r>
    </w:p>
    <w:p w14:paraId="4A37EC45" w14:textId="003F32D8" w:rsidR="001F0AF6" w:rsidRDefault="00000000" w:rsidP="00DA15AF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 w:rsidRPr="00DA15AF">
        <w:rPr>
          <w:rFonts w:ascii="Calibri" w:hAnsi="Calibri" w:cs="Calibri"/>
          <w:sz w:val="28"/>
          <w:szCs w:val="28"/>
        </w:rPr>
        <w:t>Key: K = Potassium, Phos = Phosphorus, Na = Sodium</w:t>
      </w:r>
      <w:r w:rsidRPr="00DA15AF">
        <w:rPr>
          <w:rFonts w:ascii="Calibri" w:hAnsi="Calibri" w:cs="Calibri"/>
          <w:sz w:val="28"/>
          <w:szCs w:val="28"/>
        </w:rPr>
        <w:br/>
        <w:t xml:space="preserve">Nutrition Questions? Contact Leigh @ 978-651-3023 or </w:t>
      </w:r>
      <w:r w:rsidR="009E5FF4" w:rsidRPr="009E5FF4">
        <w:rPr>
          <w:rFonts w:ascii="Calibri" w:hAnsi="Calibri" w:cs="Calibri"/>
          <w:sz w:val="28"/>
          <w:szCs w:val="28"/>
        </w:rPr>
        <w:t>lhartwell@agespan.org</w:t>
      </w:r>
    </w:p>
    <w:p w14:paraId="2CEE9E4B" w14:textId="77777777" w:rsidR="009E5FF4" w:rsidRPr="00DA15AF" w:rsidRDefault="009E5FF4" w:rsidP="00DA15AF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tbl>
      <w:tblPr>
        <w:tblW w:w="11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4"/>
        <w:gridCol w:w="2304"/>
        <w:gridCol w:w="2304"/>
        <w:gridCol w:w="2304"/>
      </w:tblGrid>
      <w:tr w:rsidR="00DA15AF" w:rsidRPr="00DA15AF" w14:paraId="55EBF37C" w14:textId="77777777" w:rsidTr="009E5FF4">
        <w:trPr>
          <w:trHeight w:val="3623"/>
          <w:jc w:val="center"/>
        </w:trPr>
        <w:tc>
          <w:tcPr>
            <w:tcW w:w="230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759775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Thursday, October 1</w:t>
            </w:r>
          </w:p>
          <w:p w14:paraId="2C401795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Pot Roast</w:t>
            </w:r>
          </w:p>
          <w:p w14:paraId="31D56BD2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Beets</w:t>
            </w:r>
          </w:p>
          <w:p w14:paraId="63963612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Butternut</w:t>
            </w:r>
          </w:p>
          <w:p w14:paraId="14A54821" w14:textId="187B8D8B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M</w:t>
            </w:r>
            <w:r w:rsidR="00460F5C">
              <w:rPr>
                <w:rFonts w:ascii="Calibri" w:hAnsi="Calibri" w:cs="Calibri"/>
                <w:sz w:val="28"/>
                <w:szCs w:val="28"/>
              </w:rPr>
              <w:t>ultigrain</w:t>
            </w:r>
            <w:r w:rsidRPr="00DA15AF">
              <w:rPr>
                <w:rFonts w:ascii="Calibri" w:hAnsi="Calibri" w:cs="Calibri"/>
                <w:sz w:val="28"/>
                <w:szCs w:val="28"/>
              </w:rPr>
              <w:t xml:space="preserve"> Bread</w:t>
            </w:r>
          </w:p>
          <w:p w14:paraId="23CCC992" w14:textId="77777777" w:rsid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Cookies</w:t>
            </w:r>
          </w:p>
          <w:p w14:paraId="3759A882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5E6FFDC3" w14:textId="010F53C3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830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265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625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CE37FE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Friday, October 2</w:t>
            </w:r>
          </w:p>
          <w:p w14:paraId="4B46EC62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Omelet</w:t>
            </w:r>
          </w:p>
          <w:p w14:paraId="7AE745A9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Grits</w:t>
            </w:r>
          </w:p>
          <w:p w14:paraId="15687156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Capri Veg</w:t>
            </w:r>
          </w:p>
          <w:p w14:paraId="62D0BD57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7CFCAF48" w14:textId="77777777" w:rsid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4220D81B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96714DC" w14:textId="4C331286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740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420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720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97E86E" w14:textId="77777777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9858CC" w14:textId="73F400CC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8B1686" w14:textId="011FDD00" w:rsidR="00DA15AF" w:rsidRPr="00DA15AF" w:rsidRDefault="00DA15AF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1F0AF6" w:rsidRPr="00DA15AF" w14:paraId="50CC2A64" w14:textId="77777777" w:rsidTr="009E5FF4">
        <w:trPr>
          <w:trHeight w:val="4019"/>
          <w:jc w:val="center"/>
        </w:trPr>
        <w:tc>
          <w:tcPr>
            <w:tcW w:w="230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A0D871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Monday, </w:t>
            </w:r>
          </w:p>
          <w:p w14:paraId="57E8CFF6" w14:textId="4C91DB8F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5</w:t>
            </w:r>
          </w:p>
          <w:p w14:paraId="197EEA22" w14:textId="43874BED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Chicken,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Onions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d Peppers</w:t>
            </w:r>
          </w:p>
          <w:p w14:paraId="34E8E50E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Rice</w:t>
            </w:r>
          </w:p>
          <w:p w14:paraId="65A82798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LS Bread</w:t>
            </w:r>
          </w:p>
          <w:p w14:paraId="7F03E66E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Grahams</w:t>
            </w:r>
          </w:p>
          <w:p w14:paraId="0E262DF8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53ABFF99" w14:textId="3CE1393E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530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285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535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736D11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08797151" w14:textId="3F9C1236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6</w:t>
            </w:r>
          </w:p>
          <w:p w14:paraId="35FCF702" w14:textId="1117C192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Meatloaf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d Gravy</w:t>
            </w:r>
          </w:p>
          <w:p w14:paraId="449CE59D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Quinoa</w:t>
            </w:r>
          </w:p>
          <w:p w14:paraId="5221825D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Carrots</w:t>
            </w:r>
          </w:p>
          <w:p w14:paraId="6A930AD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2612D662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Yogurt</w:t>
            </w:r>
          </w:p>
          <w:p w14:paraId="43C433BE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BB73B01" w14:textId="640C09CF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1000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575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490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5F6130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Wednesday, October 7</w:t>
            </w:r>
          </w:p>
          <w:p w14:paraId="092067C0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Rosemary Pork</w:t>
            </w:r>
          </w:p>
          <w:p w14:paraId="3B38E739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Butternut</w:t>
            </w:r>
          </w:p>
          <w:p w14:paraId="110B5193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Pears</w:t>
            </w:r>
          </w:p>
          <w:p w14:paraId="7A451C09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Coleslaw</w:t>
            </w:r>
          </w:p>
          <w:p w14:paraId="485188D8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36A289DF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AFB9ECE" w14:textId="11D2EE48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735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210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545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084AF6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Thursday, October 8</w:t>
            </w:r>
          </w:p>
          <w:p w14:paraId="3330783D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Breaded Fish</w:t>
            </w:r>
          </w:p>
          <w:p w14:paraId="658190D4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Corn</w:t>
            </w:r>
          </w:p>
          <w:p w14:paraId="369DF899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Cauliflower</w:t>
            </w:r>
          </w:p>
          <w:p w14:paraId="6556C86B" w14:textId="54DD1B23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M</w:t>
            </w:r>
            <w:r w:rsidR="00460F5C">
              <w:rPr>
                <w:rFonts w:ascii="Calibri" w:hAnsi="Calibri" w:cs="Calibri"/>
                <w:sz w:val="28"/>
                <w:szCs w:val="28"/>
              </w:rPr>
              <w:t>ultigrain</w:t>
            </w:r>
            <w:r w:rsidRPr="00DA15AF">
              <w:rPr>
                <w:rFonts w:ascii="Calibri" w:hAnsi="Calibri" w:cs="Calibri"/>
                <w:sz w:val="28"/>
                <w:szCs w:val="28"/>
              </w:rPr>
              <w:t xml:space="preserve"> Bread</w:t>
            </w:r>
          </w:p>
          <w:p w14:paraId="4D538B9C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Applesauce</w:t>
            </w:r>
          </w:p>
          <w:p w14:paraId="753E3D35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91FB83D" w14:textId="64C438E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920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375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605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EBCA7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Friday, October 9</w:t>
            </w:r>
          </w:p>
          <w:p w14:paraId="20C2E397" w14:textId="0B5ED70E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Stuffed Shells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and </w:t>
            </w:r>
            <w:r w:rsidRPr="00DA15AF">
              <w:rPr>
                <w:rFonts w:ascii="Calibri" w:hAnsi="Calibri" w:cs="Calibri"/>
                <w:sz w:val="28"/>
                <w:szCs w:val="28"/>
              </w:rPr>
              <w:t>Red Pepper Sauce</w:t>
            </w:r>
          </w:p>
          <w:p w14:paraId="6FA1DFB6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Capri Veg</w:t>
            </w:r>
          </w:p>
          <w:p w14:paraId="30102A60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Oat Bread</w:t>
            </w:r>
          </w:p>
          <w:p w14:paraId="77367605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Mandarins</w:t>
            </w:r>
          </w:p>
          <w:p w14:paraId="1219043C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F5A9327" w14:textId="275DE0B5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725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200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625</w:t>
            </w:r>
          </w:p>
        </w:tc>
      </w:tr>
      <w:tr w:rsidR="001F0AF6" w:rsidRPr="00DA15AF" w14:paraId="5E715E0A" w14:textId="77777777" w:rsidTr="009E5FF4">
        <w:trPr>
          <w:trHeight w:val="22"/>
          <w:jc w:val="center"/>
        </w:trPr>
        <w:tc>
          <w:tcPr>
            <w:tcW w:w="230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171BB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Monday, </w:t>
            </w:r>
          </w:p>
          <w:p w14:paraId="43831578" w14:textId="242C2202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12</w:t>
            </w:r>
          </w:p>
          <w:p w14:paraId="16DB7FF4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No Meals</w:t>
            </w:r>
          </w:p>
          <w:p w14:paraId="7DC8619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Indigenous Peoples’ Day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6A55F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0B540525" w14:textId="3A14E5F4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13</w:t>
            </w:r>
          </w:p>
          <w:p w14:paraId="31560D8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Stuffed Chicken</w:t>
            </w:r>
          </w:p>
          <w:p w14:paraId="4D51802E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Rice Pilaf</w:t>
            </w:r>
          </w:p>
          <w:p w14:paraId="4AAF4EE2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Beets</w:t>
            </w:r>
          </w:p>
          <w:p w14:paraId="42721CB4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LS Bread</w:t>
            </w:r>
          </w:p>
          <w:p w14:paraId="2EC3EEBF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Pineapple</w:t>
            </w:r>
          </w:p>
          <w:p w14:paraId="52AFC3D0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DAAE88F" w14:textId="5AA32E26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lastRenderedPageBreak/>
              <w:t>K: 940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280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680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A8814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Wednesday, October 14</w:t>
            </w:r>
          </w:p>
          <w:p w14:paraId="2B736325" w14:textId="6FA94A84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Beef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d Vegetable</w:t>
            </w:r>
            <w:r w:rsidRPr="00DA15AF">
              <w:rPr>
                <w:rFonts w:ascii="Calibri" w:hAnsi="Calibri" w:cs="Calibri"/>
                <w:sz w:val="28"/>
                <w:szCs w:val="28"/>
              </w:rPr>
              <w:t xml:space="preserve"> Stew</w:t>
            </w:r>
          </w:p>
          <w:p w14:paraId="04AF55B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Barley</w:t>
            </w:r>
          </w:p>
          <w:p w14:paraId="5577133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5428C307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Yogurt</w:t>
            </w:r>
          </w:p>
          <w:p w14:paraId="2D3087C4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ACEB72A" w14:textId="31EFE14E" w:rsidR="009E5FF4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lastRenderedPageBreak/>
              <w:t>K: 895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430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620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559502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Thursday, October 15</w:t>
            </w:r>
          </w:p>
          <w:p w14:paraId="194243E6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Cold Chicken Salad</w:t>
            </w:r>
          </w:p>
          <w:p w14:paraId="1E337DB0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Garden Salad</w:t>
            </w:r>
          </w:p>
          <w:p w14:paraId="38698614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Orzo Salad</w:t>
            </w:r>
          </w:p>
          <w:p w14:paraId="43498F7F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Pita</w:t>
            </w:r>
          </w:p>
          <w:p w14:paraId="42EB6AD6" w14:textId="06F49AEB" w:rsidR="009E5FF4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Cookies</w:t>
            </w:r>
          </w:p>
          <w:p w14:paraId="09584AC9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641E3D5" w14:textId="412E463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lastRenderedPageBreak/>
              <w:t>K: 680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265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645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A20905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Friday, </w:t>
            </w:r>
          </w:p>
          <w:p w14:paraId="28CE0DEA" w14:textId="35C2FE49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16</w:t>
            </w:r>
          </w:p>
          <w:p w14:paraId="03F891F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Ground Turkey Pasta</w:t>
            </w:r>
          </w:p>
          <w:p w14:paraId="72038C69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Broccoli</w:t>
            </w:r>
          </w:p>
          <w:p w14:paraId="0D2E8B63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Oat bread</w:t>
            </w:r>
          </w:p>
          <w:p w14:paraId="4DA61687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12B9A6F4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7BB1068" w14:textId="274880BA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lastRenderedPageBreak/>
              <w:t>K: 800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400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325</w:t>
            </w:r>
          </w:p>
        </w:tc>
      </w:tr>
      <w:tr w:rsidR="001F0AF6" w:rsidRPr="00DA15AF" w14:paraId="2F8DFF19" w14:textId="77777777" w:rsidTr="00DA15AF">
        <w:trPr>
          <w:trHeight w:val="144"/>
          <w:jc w:val="center"/>
        </w:trPr>
        <w:tc>
          <w:tcPr>
            <w:tcW w:w="230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D6C7D2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Monday, </w:t>
            </w:r>
          </w:p>
          <w:p w14:paraId="3E319401" w14:textId="2740B7C5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19</w:t>
            </w:r>
          </w:p>
          <w:p w14:paraId="0F07B332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Turkey Burger</w:t>
            </w:r>
          </w:p>
          <w:p w14:paraId="35724DEC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Corn</w:t>
            </w:r>
          </w:p>
          <w:p w14:paraId="7D24188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Green Beans</w:t>
            </w:r>
          </w:p>
          <w:p w14:paraId="6CCD9296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LS Bread</w:t>
            </w:r>
          </w:p>
          <w:p w14:paraId="257D7077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0F0AC69B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58505554" w14:textId="578249C8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840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320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645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263BCB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1CE65807" w14:textId="62BCB986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20</w:t>
            </w:r>
          </w:p>
          <w:p w14:paraId="4BCBB638" w14:textId="55FF406A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Beef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d Pepper</w:t>
            </w:r>
            <w:r w:rsidRPr="00DA15AF">
              <w:rPr>
                <w:rFonts w:ascii="Calibri" w:hAnsi="Calibri" w:cs="Calibri"/>
                <w:sz w:val="28"/>
                <w:szCs w:val="28"/>
              </w:rPr>
              <w:t xml:space="preserve"> Pasta</w:t>
            </w:r>
          </w:p>
          <w:p w14:paraId="611A6C97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Cauliflower</w:t>
            </w:r>
          </w:p>
          <w:p w14:paraId="4DC4CC6C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11E336D6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Yogurt</w:t>
            </w:r>
          </w:p>
          <w:p w14:paraId="4BB8AC4B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54BB5CEC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910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440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310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E8B7E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Wednesday, October 21</w:t>
            </w:r>
          </w:p>
          <w:p w14:paraId="24E30D07" w14:textId="6F275EFE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Garlic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and </w:t>
            </w:r>
            <w:r w:rsidRPr="00DA15AF">
              <w:rPr>
                <w:rFonts w:ascii="Calibri" w:hAnsi="Calibri" w:cs="Calibri"/>
                <w:sz w:val="28"/>
                <w:szCs w:val="28"/>
              </w:rPr>
              <w:t>Herb Chicken</w:t>
            </w:r>
          </w:p>
          <w:p w14:paraId="35779AAA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Quinoa</w:t>
            </w:r>
          </w:p>
          <w:p w14:paraId="48752C6C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Capri Veg</w:t>
            </w:r>
          </w:p>
          <w:p w14:paraId="5235FBB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Mandarins</w:t>
            </w:r>
          </w:p>
          <w:p w14:paraId="7C062BBD" w14:textId="7A728AF9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M</w:t>
            </w:r>
            <w:r w:rsidR="00460F5C">
              <w:rPr>
                <w:rFonts w:ascii="Calibri" w:hAnsi="Calibri" w:cs="Calibri"/>
                <w:sz w:val="28"/>
                <w:szCs w:val="28"/>
              </w:rPr>
              <w:t>ultigrain</w:t>
            </w:r>
            <w:r w:rsidRPr="00DA15AF">
              <w:rPr>
                <w:rFonts w:ascii="Calibri" w:hAnsi="Calibri" w:cs="Calibri"/>
                <w:sz w:val="28"/>
                <w:szCs w:val="28"/>
              </w:rPr>
              <w:t xml:space="preserve"> Bread</w:t>
            </w:r>
          </w:p>
          <w:p w14:paraId="247D8CF1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3C8DB76" w14:textId="3C55692E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610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340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665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9803A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Thursday, October 22</w:t>
            </w:r>
          </w:p>
          <w:p w14:paraId="31CFEF16" w14:textId="0A0A101B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Pork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and </w:t>
            </w:r>
            <w:r w:rsidRPr="00DA15AF">
              <w:rPr>
                <w:rFonts w:ascii="Calibri" w:hAnsi="Calibri" w:cs="Calibri"/>
                <w:sz w:val="28"/>
                <w:szCs w:val="28"/>
              </w:rPr>
              <w:t>Apples</w:t>
            </w:r>
          </w:p>
          <w:p w14:paraId="1113F04B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Butternut</w:t>
            </w:r>
          </w:p>
          <w:p w14:paraId="44F623CB" w14:textId="2C2410AD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russels </w:t>
            </w:r>
            <w:r w:rsidRPr="00DA15AF">
              <w:rPr>
                <w:rFonts w:ascii="Calibri" w:hAnsi="Calibri" w:cs="Calibri"/>
                <w:sz w:val="28"/>
                <w:szCs w:val="28"/>
              </w:rPr>
              <w:t>Sprouts</w:t>
            </w:r>
          </w:p>
          <w:p w14:paraId="31C80594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Grahams</w:t>
            </w:r>
          </w:p>
          <w:p w14:paraId="618AC8A5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0AB53E0E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4403F87" w14:textId="33B0D64A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1015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295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600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58A606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4FD1F2DC" w14:textId="3ED0CD16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23</w:t>
            </w:r>
          </w:p>
          <w:p w14:paraId="445ED370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Garlic Lemon Fish</w:t>
            </w:r>
          </w:p>
          <w:p w14:paraId="04E250A6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Rice</w:t>
            </w:r>
          </w:p>
          <w:p w14:paraId="793CA56D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Beets</w:t>
            </w:r>
          </w:p>
          <w:p w14:paraId="26A33E7C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Oat Bread</w:t>
            </w:r>
          </w:p>
          <w:p w14:paraId="5FA0E680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Applesauce</w:t>
            </w:r>
          </w:p>
          <w:p w14:paraId="1DC98E5D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AB792F8" w14:textId="2219A0CA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735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285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595</w:t>
            </w:r>
          </w:p>
        </w:tc>
      </w:tr>
      <w:tr w:rsidR="001F0AF6" w:rsidRPr="00DA15AF" w14:paraId="7087DEF9" w14:textId="77777777" w:rsidTr="009E5FF4">
        <w:trPr>
          <w:trHeight w:val="2975"/>
          <w:jc w:val="center"/>
        </w:trPr>
        <w:tc>
          <w:tcPr>
            <w:tcW w:w="230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FF38C5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Monday, </w:t>
            </w:r>
          </w:p>
          <w:p w14:paraId="7580351A" w14:textId="42E616A3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26</w:t>
            </w:r>
          </w:p>
          <w:p w14:paraId="52820A2D" w14:textId="30C34395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Beef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Stroganoff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d Pasta</w:t>
            </w:r>
          </w:p>
          <w:p w14:paraId="61CD3132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Blueberries</w:t>
            </w:r>
          </w:p>
          <w:p w14:paraId="17E524A2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4CBB09AE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Corn Salad</w:t>
            </w:r>
          </w:p>
          <w:p w14:paraId="34BA540A" w14:textId="77777777" w:rsidR="009E5FF4" w:rsidRPr="00DA15AF" w:rsidRDefault="009E5FF4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E6F4635" w14:textId="6B36DE98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675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250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355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9344CD" w14:textId="77777777" w:rsidR="009E5FF4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Tuesday, </w:t>
            </w:r>
          </w:p>
          <w:p w14:paraId="4DE52B9B" w14:textId="4D3190F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27</w:t>
            </w:r>
          </w:p>
          <w:p w14:paraId="6BC6B6AB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Chicken Pot Pie</w:t>
            </w:r>
          </w:p>
          <w:p w14:paraId="415AA466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Couscous</w:t>
            </w:r>
          </w:p>
          <w:p w14:paraId="4D61B4A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Oat Bread</w:t>
            </w:r>
          </w:p>
          <w:p w14:paraId="385C04BE" w14:textId="15D1FA51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Frui</w:t>
            </w:r>
            <w:r w:rsidR="009E5FF4">
              <w:rPr>
                <w:rFonts w:ascii="Calibri" w:hAnsi="Calibri" w:cs="Calibri"/>
                <w:sz w:val="28"/>
                <w:szCs w:val="28"/>
              </w:rPr>
              <w:t>t</w:t>
            </w:r>
          </w:p>
          <w:p w14:paraId="65145BA0" w14:textId="77777777" w:rsidR="00460F5C" w:rsidRPr="00DA15AF" w:rsidRDefault="00460F5C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D2ECEF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690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335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730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C64FFD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Wednesday, October 28</w:t>
            </w:r>
          </w:p>
          <w:p w14:paraId="1DF78596" w14:textId="1DA4B8D2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Ham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and </w:t>
            </w:r>
            <w:r w:rsidRPr="00DA15AF">
              <w:rPr>
                <w:rFonts w:ascii="Calibri" w:hAnsi="Calibri" w:cs="Calibri"/>
                <w:sz w:val="28"/>
                <w:szCs w:val="28"/>
              </w:rPr>
              <w:t>Cheese</w:t>
            </w:r>
          </w:p>
          <w:p w14:paraId="3BCC9BD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Quinoa</w:t>
            </w:r>
          </w:p>
          <w:p w14:paraId="33826FFA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Garden Salad</w:t>
            </w:r>
          </w:p>
          <w:p w14:paraId="2E0E9580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Pita</w:t>
            </w:r>
          </w:p>
          <w:p w14:paraId="008A1483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Yogurt</w:t>
            </w:r>
          </w:p>
          <w:p w14:paraId="3D7B50F0" w14:textId="77777777" w:rsidR="00460F5C" w:rsidRPr="00DA15AF" w:rsidRDefault="00460F5C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4C41A43B" w14:textId="530E5535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870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545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850</w:t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463F95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Thursday, October 29</w:t>
            </w:r>
          </w:p>
          <w:p w14:paraId="5B01F565" w14:textId="0378F9A8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Beef</w:t>
            </w:r>
            <w:r w:rsidR="00460F5C">
              <w:rPr>
                <w:rFonts w:ascii="Calibri" w:hAnsi="Calibri" w:cs="Calibri"/>
                <w:sz w:val="28"/>
                <w:szCs w:val="28"/>
              </w:rPr>
              <w:t xml:space="preserve"> an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d Broccoli</w:t>
            </w:r>
          </w:p>
          <w:p w14:paraId="752FFB5B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Brown Rice</w:t>
            </w:r>
          </w:p>
          <w:p w14:paraId="4CCABFD4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192E05E7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3B49F45C" w14:textId="77777777" w:rsidR="00460F5C" w:rsidRPr="00DA15AF" w:rsidRDefault="00460F5C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5A53940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585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365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865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</w:r>
          </w:p>
        </w:tc>
        <w:tc>
          <w:tcPr>
            <w:tcW w:w="230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074686" w14:textId="77777777" w:rsidR="00460F5C" w:rsidRDefault="00000000" w:rsidP="009E5FF4">
            <w:pPr>
              <w:spacing w:after="0" w:line="240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 xml:space="preserve">Friday, </w:t>
            </w:r>
          </w:p>
          <w:p w14:paraId="7E9206EA" w14:textId="7CDE6CF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b/>
                <w:sz w:val="28"/>
                <w:szCs w:val="28"/>
              </w:rPr>
              <w:t>October 30</w:t>
            </w:r>
          </w:p>
          <w:p w14:paraId="432047D4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Macaroni and Cheese</w:t>
            </w:r>
          </w:p>
          <w:p w14:paraId="48705D91" w14:textId="77777777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Peas</w:t>
            </w:r>
          </w:p>
          <w:p w14:paraId="19C25D71" w14:textId="1704DB6D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r w:rsidR="00460F5C" w:rsidRPr="00DA15AF">
              <w:rPr>
                <w:rFonts w:ascii="Calibri" w:hAnsi="Calibri" w:cs="Calibri"/>
                <w:sz w:val="28"/>
                <w:szCs w:val="28"/>
              </w:rPr>
              <w:t>M</w:t>
            </w:r>
            <w:r w:rsidR="00460F5C">
              <w:rPr>
                <w:rFonts w:ascii="Calibri" w:hAnsi="Calibri" w:cs="Calibri"/>
                <w:sz w:val="28"/>
                <w:szCs w:val="28"/>
              </w:rPr>
              <w:t>ultigrain</w:t>
            </w:r>
            <w:r w:rsidRPr="00DA15AF">
              <w:rPr>
                <w:rFonts w:ascii="Calibri" w:hAnsi="Calibri" w:cs="Calibri"/>
                <w:sz w:val="28"/>
                <w:szCs w:val="28"/>
              </w:rPr>
              <w:t xml:space="preserve"> Bread</w:t>
            </w:r>
          </w:p>
          <w:p w14:paraId="508782C1" w14:textId="77777777" w:rsidR="001F0AF6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• Fruit</w:t>
            </w:r>
          </w:p>
          <w:p w14:paraId="1BDCB37C" w14:textId="77777777" w:rsidR="00460F5C" w:rsidRPr="00DA15AF" w:rsidRDefault="00460F5C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9B0039F" w14:textId="67E7AE6A" w:rsidR="001F0AF6" w:rsidRPr="00DA15AF" w:rsidRDefault="00000000" w:rsidP="009E5FF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DA15AF">
              <w:rPr>
                <w:rFonts w:ascii="Calibri" w:hAnsi="Calibri" w:cs="Calibri"/>
                <w:sz w:val="28"/>
                <w:szCs w:val="28"/>
              </w:rPr>
              <w:t>K: 740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Phos: 260</w:t>
            </w:r>
            <w:r w:rsidRPr="00DA15AF">
              <w:rPr>
                <w:rFonts w:ascii="Calibri" w:hAnsi="Calibri" w:cs="Calibri"/>
                <w:sz w:val="28"/>
                <w:szCs w:val="28"/>
              </w:rPr>
              <w:br/>
              <w:t>Na: 900</w:t>
            </w:r>
          </w:p>
        </w:tc>
      </w:tr>
    </w:tbl>
    <w:p w14:paraId="2781EC2C" w14:textId="77777777" w:rsidR="001F0AF6" w:rsidRDefault="001F0AF6">
      <w:pPr>
        <w:spacing w:after="240"/>
      </w:pPr>
    </w:p>
    <w:p w14:paraId="1157648E" w14:textId="77777777" w:rsidR="00DA15AF" w:rsidRDefault="00000000" w:rsidP="00DA15AF">
      <w:pPr>
        <w:spacing w:after="40"/>
        <w:jc w:val="center"/>
        <w:rPr>
          <w:rFonts w:ascii="Calibri" w:hAnsi="Calibri" w:cs="Calibri"/>
          <w:sz w:val="28"/>
          <w:szCs w:val="28"/>
        </w:rPr>
      </w:pPr>
      <w:r w:rsidRPr="00DA15AF">
        <w:rPr>
          <w:rFonts w:ascii="Calibri" w:hAnsi="Calibri" w:cs="Calibri"/>
          <w:sz w:val="28"/>
          <w:szCs w:val="28"/>
        </w:rPr>
        <w:t>To Cancel Meals please call 978-686-1422 at least 24 hours prior to service.</w:t>
      </w:r>
      <w:r w:rsidRPr="00DA15AF">
        <w:rPr>
          <w:rFonts w:ascii="Calibri" w:hAnsi="Calibri" w:cs="Calibri"/>
          <w:sz w:val="28"/>
          <w:szCs w:val="28"/>
        </w:rPr>
        <w:br/>
        <w:t xml:space="preserve">A $2.00 confidential donation is suggested per meal. </w:t>
      </w:r>
    </w:p>
    <w:p w14:paraId="434865E3" w14:textId="77777777" w:rsidR="00DA15AF" w:rsidRDefault="00000000" w:rsidP="00DA15AF">
      <w:pPr>
        <w:spacing w:after="40"/>
        <w:jc w:val="center"/>
        <w:rPr>
          <w:rFonts w:ascii="Calibri" w:hAnsi="Calibri" w:cs="Calibri"/>
          <w:sz w:val="28"/>
          <w:szCs w:val="28"/>
        </w:rPr>
      </w:pPr>
      <w:r w:rsidRPr="00DA15AF">
        <w:rPr>
          <w:rFonts w:ascii="Calibri" w:hAnsi="Calibri" w:cs="Calibri"/>
          <w:sz w:val="28"/>
          <w:szCs w:val="28"/>
        </w:rPr>
        <w:t>Donation letters are mailed monthly.</w:t>
      </w:r>
      <w:r w:rsidRPr="00DA15AF">
        <w:rPr>
          <w:rFonts w:ascii="Calibri" w:hAnsi="Calibri" w:cs="Calibri"/>
          <w:sz w:val="28"/>
          <w:szCs w:val="28"/>
        </w:rPr>
        <w:br/>
        <w:t xml:space="preserve">Brought to you by the Older Americans Act. </w:t>
      </w:r>
    </w:p>
    <w:p w14:paraId="3E4E153F" w14:textId="60B96444" w:rsidR="001F0AF6" w:rsidRPr="00DA15AF" w:rsidRDefault="00000000" w:rsidP="00DA15AF">
      <w:pPr>
        <w:spacing w:after="40"/>
        <w:jc w:val="center"/>
        <w:rPr>
          <w:rFonts w:ascii="Calibri" w:hAnsi="Calibri" w:cs="Calibri"/>
          <w:sz w:val="28"/>
          <w:szCs w:val="28"/>
        </w:rPr>
      </w:pPr>
      <w:r w:rsidRPr="00DA15AF">
        <w:rPr>
          <w:rFonts w:ascii="Calibri" w:hAnsi="Calibri" w:cs="Calibri"/>
          <w:sz w:val="28"/>
          <w:szCs w:val="28"/>
        </w:rPr>
        <w:t>Menu to Change Without Notice.</w:t>
      </w:r>
    </w:p>
    <w:p w14:paraId="7B1B340C" w14:textId="1AFFB7FD" w:rsidR="001F0AF6" w:rsidRPr="00460F5C" w:rsidRDefault="001F0AF6" w:rsidP="00460F5C">
      <w:pPr>
        <w:rPr>
          <w:rFonts w:ascii="Calibri" w:hAnsi="Calibri" w:cs="Calibri"/>
          <w:sz w:val="28"/>
          <w:szCs w:val="28"/>
        </w:rPr>
      </w:pPr>
    </w:p>
    <w:sectPr w:rsidR="001F0AF6" w:rsidRPr="00460F5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971303">
    <w:abstractNumId w:val="8"/>
  </w:num>
  <w:num w:numId="2" w16cid:durableId="1255168308">
    <w:abstractNumId w:val="6"/>
  </w:num>
  <w:num w:numId="3" w16cid:durableId="1376084478">
    <w:abstractNumId w:val="5"/>
  </w:num>
  <w:num w:numId="4" w16cid:durableId="800535033">
    <w:abstractNumId w:val="4"/>
  </w:num>
  <w:num w:numId="5" w16cid:durableId="1722828362">
    <w:abstractNumId w:val="7"/>
  </w:num>
  <w:num w:numId="6" w16cid:durableId="403649904">
    <w:abstractNumId w:val="3"/>
  </w:num>
  <w:num w:numId="7" w16cid:durableId="22248511">
    <w:abstractNumId w:val="2"/>
  </w:num>
  <w:num w:numId="8" w16cid:durableId="2144688845">
    <w:abstractNumId w:val="1"/>
  </w:num>
  <w:num w:numId="9" w16cid:durableId="43772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AF6"/>
    <w:rsid w:val="0029639D"/>
    <w:rsid w:val="00326F90"/>
    <w:rsid w:val="00460F5C"/>
    <w:rsid w:val="00476791"/>
    <w:rsid w:val="009E5FF4"/>
    <w:rsid w:val="00AA1D8D"/>
    <w:rsid w:val="00B47730"/>
    <w:rsid w:val="00B87ADD"/>
    <w:rsid w:val="00CB0664"/>
    <w:rsid w:val="00DA15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429998"/>
  <w14:defaultImageDpi w14:val="300"/>
  <w15:docId w15:val="{73B7B535-0C48-4DE1-87F8-D6786F29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E5F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F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427</Words>
  <Characters>2246</Characters>
  <Application>Microsoft Office Word</Application>
  <DocSecurity>0</DocSecurity>
  <Lines>187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5</cp:revision>
  <dcterms:created xsi:type="dcterms:W3CDTF">2026-09-22T19:48:00Z</dcterms:created>
  <dcterms:modified xsi:type="dcterms:W3CDTF">2026-09-22T19:55:00Z</dcterms:modified>
  <cp:category/>
</cp:coreProperties>
</file>