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9E4C8" w14:textId="77777777" w:rsidR="007419E8" w:rsidRDefault="007419E8" w:rsidP="00C30069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proofErr w:type="spellStart"/>
      <w:r w:rsidRPr="003701AE">
        <w:rPr>
          <w:rFonts w:asciiTheme="majorHAnsi" w:hAnsiTheme="majorHAnsi" w:cstheme="majorHAnsi"/>
          <w:b/>
          <w:sz w:val="28"/>
          <w:szCs w:val="28"/>
        </w:rPr>
        <w:t>Menú</w:t>
      </w:r>
      <w:proofErr w:type="spellEnd"/>
      <w:r w:rsidRPr="003701AE">
        <w:rPr>
          <w:rFonts w:asciiTheme="majorHAnsi" w:hAnsiTheme="majorHAnsi" w:cstheme="majorHAnsi"/>
          <w:b/>
          <w:sz w:val="28"/>
          <w:szCs w:val="28"/>
        </w:rPr>
        <w:t xml:space="preserve"> Regular de </w:t>
      </w:r>
      <w:proofErr w:type="spellStart"/>
      <w:r w:rsidRPr="003701AE">
        <w:rPr>
          <w:rFonts w:asciiTheme="majorHAnsi" w:hAnsiTheme="majorHAnsi" w:cstheme="majorHAnsi"/>
          <w:b/>
          <w:sz w:val="28"/>
          <w:szCs w:val="28"/>
        </w:rPr>
        <w:t>octubre</w:t>
      </w:r>
      <w:proofErr w:type="spellEnd"/>
      <w:r w:rsidRPr="003701AE">
        <w:rPr>
          <w:rFonts w:asciiTheme="majorHAnsi" w:hAnsiTheme="majorHAnsi" w:cstheme="majorHAnsi"/>
          <w:b/>
          <w:sz w:val="28"/>
          <w:szCs w:val="28"/>
        </w:rPr>
        <w:t xml:space="preserve"> 2026</w:t>
      </w:r>
    </w:p>
    <w:p w14:paraId="421A7EA2" w14:textId="77777777" w:rsidR="007419E8" w:rsidRPr="003701AE" w:rsidRDefault="007419E8" w:rsidP="00C30069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proofErr w:type="spellStart"/>
      <w:r w:rsidRPr="003701AE">
        <w:rPr>
          <w:rFonts w:asciiTheme="majorHAnsi" w:hAnsiTheme="majorHAnsi" w:cstheme="majorHAnsi"/>
          <w:sz w:val="28"/>
          <w:szCs w:val="28"/>
        </w:rPr>
        <w:t>Información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del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menú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: Clave: Cal =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Calorías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, Pro =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Proteína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>, S = Sodio</w:t>
      </w:r>
      <w:r w:rsidRPr="003701AE">
        <w:rPr>
          <w:rFonts w:asciiTheme="majorHAnsi" w:hAnsiTheme="majorHAnsi" w:cstheme="majorHAnsi"/>
          <w:sz w:val="28"/>
          <w:szCs w:val="28"/>
        </w:rPr>
        <w:br/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Nutrición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.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Preguntas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: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Contacta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con Leigh Hartwell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en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el 978-651-3023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o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lhartwell@agespan.org</w:t>
      </w:r>
    </w:p>
    <w:tbl>
      <w:tblPr>
        <w:tblW w:w="11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9"/>
        <w:gridCol w:w="2249"/>
        <w:gridCol w:w="2249"/>
        <w:gridCol w:w="2249"/>
        <w:gridCol w:w="2249"/>
      </w:tblGrid>
      <w:tr w:rsidR="001A57E1" w:rsidRPr="00E24195" w14:paraId="4FD8B9A1" w14:textId="77777777" w:rsidTr="003C315C">
        <w:trPr>
          <w:trHeight w:val="4373"/>
          <w:jc w:val="center"/>
        </w:trPr>
        <w:tc>
          <w:tcPr>
            <w:tcW w:w="2249" w:type="dxa"/>
          </w:tcPr>
          <w:p w14:paraId="14839A31" w14:textId="77777777" w:rsidR="008878CC" w:rsidRDefault="008878CC" w:rsidP="00C77BBF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Jueves, 1 de 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octubre</w:t>
            </w:r>
            <w:proofErr w:type="spellEnd"/>
          </w:p>
          <w:p w14:paraId="30BC89F4" w14:textId="7BA56E40" w:rsidR="008878CC" w:rsidRDefault="008878CC" w:rsidP="00C77BBF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Asado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de olla•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Remolacha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Calabaza butternut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Galleta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Galletas</w:t>
            </w:r>
          </w:p>
          <w:p w14:paraId="112B203F" w14:textId="741BC67E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590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855</w:t>
            </w:r>
          </w:p>
        </w:tc>
        <w:tc>
          <w:tcPr>
            <w:tcW w:w="2249" w:type="dxa"/>
          </w:tcPr>
          <w:p w14:paraId="167B502C" w14:textId="77777777" w:rsidR="007F4C6D" w:rsidRDefault="007F4C6D" w:rsidP="002F64F5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2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tortilla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Embutida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pavo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Patata asada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Ratatouille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fruta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Fruta fresca</w:t>
            </w:r>
          </w:p>
          <w:p w14:paraId="3E80D572" w14:textId="63E96380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910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1125</w:t>
            </w:r>
          </w:p>
        </w:tc>
        <w:tc>
          <w:tcPr>
            <w:tcW w:w="2249" w:type="dxa"/>
          </w:tcPr>
          <w:p w14:paraId="6F8957F8" w14:textId="77777777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249" w:type="dxa"/>
          </w:tcPr>
          <w:p w14:paraId="0300B1F8" w14:textId="6B29AE73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249" w:type="dxa"/>
          </w:tcPr>
          <w:p w14:paraId="4CB827B9" w14:textId="35647D5A" w:rsidR="001A57E1" w:rsidRPr="00E24195" w:rsidRDefault="001A57E1" w:rsidP="001A57E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1C3AFC" w:rsidRPr="00E24195" w14:paraId="537D4A95" w14:textId="77777777" w:rsidTr="00E24195">
        <w:trPr>
          <w:trHeight w:val="4728"/>
          <w:jc w:val="center"/>
        </w:trPr>
        <w:tc>
          <w:tcPr>
            <w:tcW w:w="2249" w:type="dxa"/>
          </w:tcPr>
          <w:p w14:paraId="33E931CA" w14:textId="77777777" w:rsidR="007F4C6D" w:rsidRDefault="007F4C6D" w:rsidP="00456EA5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5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Pollo con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judías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negras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Arroz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multigrano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Galletas</w:t>
            </w:r>
          </w:p>
          <w:p w14:paraId="5BE8547F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0EC5C089" w14:textId="77777777" w:rsidR="00BD660B" w:rsidRDefault="00BD660B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485622AA" w14:textId="7AFE746F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715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1030</w:t>
            </w:r>
          </w:p>
        </w:tc>
        <w:tc>
          <w:tcPr>
            <w:tcW w:w="2249" w:type="dxa"/>
          </w:tcPr>
          <w:p w14:paraId="6C8328D8" w14:textId="77777777" w:rsidR="00C905E3" w:rsidRPr="00C905E3" w:rsidRDefault="00C905E3" w:rsidP="00450700">
            <w:pPr>
              <w:spacing w:after="40" w:line="252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6 </w:t>
            </w:r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0856198A" w14:textId="379865B9" w:rsidR="00C905E3" w:rsidRDefault="00C905E3" w:rsidP="00450700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Pastel de carne con salsa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Puré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patata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Verduras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mixtas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Pan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Pudin</w:t>
            </w:r>
          </w:p>
          <w:p w14:paraId="2B7CB10C" w14:textId="25149737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820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780</w:t>
            </w:r>
          </w:p>
        </w:tc>
        <w:tc>
          <w:tcPr>
            <w:tcW w:w="2249" w:type="dxa"/>
          </w:tcPr>
          <w:p w14:paraId="3B720A3D" w14:textId="77777777" w:rsidR="00C905E3" w:rsidRDefault="00C905E3" w:rsidP="008F1E7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Miércoles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7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Perrito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caliente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Judías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al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horno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;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peras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Ensalada de col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. 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Panecillo</w:t>
            </w:r>
            <w:proofErr w:type="spellEnd"/>
          </w:p>
          <w:p w14:paraId="21DA3AE2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3E69E07D" w14:textId="77777777" w:rsidR="00BD660B" w:rsidRDefault="00BD660B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69A0D24D" w14:textId="53780523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890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1360</w:t>
            </w:r>
          </w:p>
        </w:tc>
        <w:tc>
          <w:tcPr>
            <w:tcW w:w="2249" w:type="dxa"/>
          </w:tcPr>
          <w:p w14:paraId="1D53EC2E" w14:textId="77777777" w:rsidR="00C905E3" w:rsidRPr="00C905E3" w:rsidRDefault="00C905E3" w:rsidP="00105B94">
            <w:pPr>
              <w:spacing w:after="40" w:line="252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Jueves, 8 </w:t>
            </w:r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C905E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6A31D544" w14:textId="25A09A80" w:rsidR="00C905E3" w:rsidRDefault="00C905E3" w:rsidP="00105B94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Pescado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empanado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Batata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Coliflor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Bollo integral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Compota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manzana</w:t>
            </w:r>
          </w:p>
          <w:p w14:paraId="59B0D5F9" w14:textId="5EDE4CDA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820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1115</w:t>
            </w:r>
          </w:p>
        </w:tc>
        <w:tc>
          <w:tcPr>
            <w:tcW w:w="2249" w:type="dxa"/>
          </w:tcPr>
          <w:p w14:paraId="4F26FC0F" w14:textId="77777777" w:rsidR="00C905E3" w:rsidRDefault="00C905E3" w:rsidP="00084C57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9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Cáscaras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rellenas y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marinara• </w:t>
            </w:r>
            <w:proofErr w:type="gram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Verduras</w:t>
            </w:r>
            <w:proofErr w:type="gram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capri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avena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Mandarinas</w:t>
            </w:r>
            <w:proofErr w:type="spellEnd"/>
          </w:p>
          <w:p w14:paraId="7014B698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700D90EA" w14:textId="7ED5EDE7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590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1015</w:t>
            </w:r>
          </w:p>
        </w:tc>
      </w:tr>
      <w:tr w:rsidR="001C3AFC" w:rsidRPr="00E24195" w14:paraId="3F4D64AC" w14:textId="77777777" w:rsidTr="003C315C">
        <w:trPr>
          <w:trHeight w:val="620"/>
          <w:jc w:val="center"/>
        </w:trPr>
        <w:tc>
          <w:tcPr>
            <w:tcW w:w="2249" w:type="dxa"/>
          </w:tcPr>
          <w:p w14:paraId="08A30D6D" w14:textId="1BBDF6E2" w:rsidR="001C3AFC" w:rsidRPr="00E24195" w:rsidRDefault="00001DC0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12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Sin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comidas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Día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los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Pueblos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Indígenas</w:t>
            </w:r>
            <w:proofErr w:type="spellEnd"/>
            <w:r w:rsidR="00C8330D"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</w:tc>
        <w:tc>
          <w:tcPr>
            <w:tcW w:w="2249" w:type="dxa"/>
          </w:tcPr>
          <w:p w14:paraId="3D18C6DA" w14:textId="77777777" w:rsidR="00001DC0" w:rsidRDefault="00001DC0" w:rsidP="00FE62BE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13 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• Brie y pollo a la manzana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Arroz pilaf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Remolachas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Pan bajo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en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sodio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Piña</w:t>
            </w:r>
          </w:p>
          <w:p w14:paraId="7246B329" w14:textId="302AE4C7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br/>
              <w:t>Cal: 730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1180</w:t>
            </w:r>
          </w:p>
        </w:tc>
        <w:tc>
          <w:tcPr>
            <w:tcW w:w="2249" w:type="dxa"/>
          </w:tcPr>
          <w:p w14:paraId="4A0A1691" w14:textId="77777777" w:rsidR="00001DC0" w:rsidRDefault="00001DC0" w:rsidP="00653028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Miércoles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14 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Estofado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ternera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y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verduras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Puré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patata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maíz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Gelatina</w:t>
            </w:r>
            <w:proofErr w:type="spellEnd"/>
          </w:p>
          <w:p w14:paraId="587E520E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br/>
            </w:r>
          </w:p>
          <w:p w14:paraId="1D541E50" w14:textId="65ADD2D6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725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765</w:t>
            </w:r>
          </w:p>
        </w:tc>
        <w:tc>
          <w:tcPr>
            <w:tcW w:w="2249" w:type="dxa"/>
          </w:tcPr>
          <w:p w14:paraId="3713D298" w14:textId="57C420C4" w:rsidR="00001DC0" w:rsidRDefault="00001DC0" w:rsidP="009B7FDA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 xml:space="preserve">Jueves, 15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Comida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cumpleaños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Ensalada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fría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pollo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Orzo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Ensalada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alubias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Tarta</w:t>
            </w:r>
          </w:p>
          <w:p w14:paraId="3F1BA4A0" w14:textId="6B0B6ABF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910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1110</w:t>
            </w:r>
          </w:p>
        </w:tc>
        <w:tc>
          <w:tcPr>
            <w:tcW w:w="2249" w:type="dxa"/>
          </w:tcPr>
          <w:p w14:paraId="73574A65" w14:textId="77777777" w:rsidR="00001DC0" w:rsidRDefault="00001DC0" w:rsidP="00865D49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 xml:space="preserve">Viernes, 16 </w:t>
            </w: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Ravioli y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pavo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,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boloñesa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Brócoli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Rollo de ajo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Fruta fresca</w:t>
            </w:r>
          </w:p>
          <w:p w14:paraId="122BCE51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2287657E" w14:textId="011EB5A9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Cal: 785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50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1075</w:t>
            </w:r>
          </w:p>
        </w:tc>
      </w:tr>
      <w:tr w:rsidR="001C3AFC" w:rsidRPr="00E24195" w14:paraId="559BA334" w14:textId="77777777" w:rsidTr="00E24195">
        <w:trPr>
          <w:trHeight w:val="144"/>
          <w:jc w:val="center"/>
        </w:trPr>
        <w:tc>
          <w:tcPr>
            <w:tcW w:w="2249" w:type="dxa"/>
          </w:tcPr>
          <w:p w14:paraId="23AF1107" w14:textId="77777777" w:rsidR="00001DC0" w:rsidRDefault="00001DC0" w:rsidP="00140E9F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19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• Pavo con salsa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Puré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patata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Judías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verdes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Pan bajo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en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sodio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Fruta fresca</w:t>
            </w:r>
          </w:p>
          <w:p w14:paraId="614C0E84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171BE26B" w14:textId="65B163BC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510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960</w:t>
            </w:r>
          </w:p>
        </w:tc>
        <w:tc>
          <w:tcPr>
            <w:tcW w:w="2249" w:type="dxa"/>
          </w:tcPr>
          <w:p w14:paraId="2D5C5CBA" w14:textId="77777777" w:rsidR="00001DC0" w:rsidRPr="00001DC0" w:rsidRDefault="00001DC0" w:rsidP="00714F08">
            <w:pPr>
              <w:spacing w:after="40" w:line="252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20 de </w:t>
            </w:r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723C3CD2" w14:textId="5EC45777" w:rsidR="00001DC0" w:rsidRDefault="00001DC0" w:rsidP="00714F08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American Chop Suey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Coliflor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Rollo de ajo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Pudin</w:t>
            </w:r>
          </w:p>
          <w:p w14:paraId="0EFDF685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42A5977D" w14:textId="77777777" w:rsidR="00BD660B" w:rsidRDefault="00BD660B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23C9E4BC" w14:textId="4A4B37B9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780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1000</w:t>
            </w:r>
          </w:p>
        </w:tc>
        <w:tc>
          <w:tcPr>
            <w:tcW w:w="2249" w:type="dxa"/>
          </w:tcPr>
          <w:p w14:paraId="2BA28CF4" w14:textId="77777777" w:rsidR="00001DC0" w:rsidRDefault="00001DC0" w:rsidP="0057151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Miércoles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21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Pollo a la barbacoa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Batata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gram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Verduras</w:t>
            </w:r>
            <w:proofErr w:type="gram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capri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Mandarinas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multicereal</w:t>
            </w:r>
            <w:proofErr w:type="spellEnd"/>
          </w:p>
          <w:p w14:paraId="1EDE1EAB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1358CD2D" w14:textId="3FE71359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665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1260</w:t>
            </w:r>
          </w:p>
        </w:tc>
        <w:tc>
          <w:tcPr>
            <w:tcW w:w="2249" w:type="dxa"/>
          </w:tcPr>
          <w:p w14:paraId="3DFC36E2" w14:textId="77777777" w:rsidR="00001DC0" w:rsidRDefault="00001DC0" w:rsidP="00FE0993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Jueves, 22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Especial</w:t>
            </w:r>
          </w:p>
          <w:p w14:paraId="0FD2478F" w14:textId="77777777" w:rsidR="00001DC0" w:rsidRDefault="00001DC0" w:rsidP="00FE0993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Cerdo con manzanas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Calabaza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butternut • Coles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Bruselas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Dulces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al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horno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Panecillos</w:t>
            </w:r>
            <w:proofErr w:type="spellEnd"/>
          </w:p>
          <w:p w14:paraId="50C3F8C2" w14:textId="6EA16DFA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850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890</w:t>
            </w:r>
          </w:p>
        </w:tc>
        <w:tc>
          <w:tcPr>
            <w:tcW w:w="2249" w:type="dxa"/>
          </w:tcPr>
          <w:p w14:paraId="2C554853" w14:textId="77777777" w:rsidR="00001DC0" w:rsidRPr="00001DC0" w:rsidRDefault="00001DC0" w:rsidP="00D926AB">
            <w:pPr>
              <w:spacing w:after="40" w:line="252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23 de </w:t>
            </w:r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001DC0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08F1A673" w14:textId="398B33F6" w:rsidR="00001DC0" w:rsidRDefault="00001DC0" w:rsidP="00D926AB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Ajo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limón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Pescado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Arroz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con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judías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Espinacas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avena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Compota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manzana</w:t>
            </w:r>
          </w:p>
          <w:p w14:paraId="092B1A46" w14:textId="58137E9D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730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860</w:t>
            </w:r>
          </w:p>
        </w:tc>
      </w:tr>
      <w:tr w:rsidR="001C3AFC" w:rsidRPr="00E24195" w14:paraId="6B3D7184" w14:textId="77777777" w:rsidTr="00E24195">
        <w:trPr>
          <w:trHeight w:val="4728"/>
          <w:jc w:val="center"/>
        </w:trPr>
        <w:tc>
          <w:tcPr>
            <w:tcW w:w="2249" w:type="dxa"/>
          </w:tcPr>
          <w:p w14:paraId="439ADE5C" w14:textId="77777777" w:rsidR="00BD660B" w:rsidRDefault="00BD660B" w:rsidP="00FF124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26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Guindilla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ternera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Crujiente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arándanos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Pan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maíz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Ensalada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maíz</w:t>
            </w:r>
            <w:proofErr w:type="spellEnd"/>
          </w:p>
          <w:p w14:paraId="4ED0EF6F" w14:textId="6D7A3434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885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895</w:t>
            </w:r>
          </w:p>
        </w:tc>
        <w:tc>
          <w:tcPr>
            <w:tcW w:w="2249" w:type="dxa"/>
          </w:tcPr>
          <w:p w14:paraId="0E5163E0" w14:textId="77777777" w:rsidR="00BD660B" w:rsidRDefault="00BD660B" w:rsidP="00CE4892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27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• Pastel de pollo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Puré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patata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Galletas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Fruta fresca</w:t>
            </w:r>
          </w:p>
          <w:p w14:paraId="1C6136E9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686CF01B" w14:textId="77777777" w:rsidR="00BD660B" w:rsidRDefault="00BD660B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716EBFE4" w14:textId="77777777" w:rsidR="00BD660B" w:rsidRDefault="00BD660B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407E6498" w14:textId="3644333F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650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1005</w:t>
            </w:r>
          </w:p>
        </w:tc>
        <w:tc>
          <w:tcPr>
            <w:tcW w:w="2249" w:type="dxa"/>
          </w:tcPr>
          <w:p w14:paraId="09D3402A" w14:textId="77777777" w:rsidR="00BD660B" w:rsidRDefault="00BD660B" w:rsidP="00DF2634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Miércoles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28 de </w:t>
            </w:r>
            <w:proofErr w:type="spellStart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E24195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• Comida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fría</w:t>
            </w:r>
            <w:proofErr w:type="spellEnd"/>
          </w:p>
          <w:p w14:paraId="08514AF3" w14:textId="77777777" w:rsidR="00BD660B" w:rsidRDefault="00BD660B" w:rsidP="00DF2634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Jamón y 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queso• Quinoa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Ensalada de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huerto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bajo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en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sodio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Yogur</w:t>
            </w:r>
            <w:proofErr w:type="spellEnd"/>
          </w:p>
          <w:p w14:paraId="31B50EE4" w14:textId="77777777" w:rsidR="00BD660B" w:rsidRDefault="00BD660B" w:rsidP="00DF2634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• Zumo</w:t>
            </w:r>
          </w:p>
          <w:p w14:paraId="4BE5EAF1" w14:textId="351102DB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Cal: 620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30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1075</w:t>
            </w:r>
          </w:p>
        </w:tc>
        <w:tc>
          <w:tcPr>
            <w:tcW w:w="2249" w:type="dxa"/>
          </w:tcPr>
          <w:p w14:paraId="756113EE" w14:textId="77777777" w:rsidR="00BD660B" w:rsidRPr="00BD660B" w:rsidRDefault="00BD660B" w:rsidP="00F94FE3">
            <w:pPr>
              <w:spacing w:after="40" w:line="252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D660B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Jueves, 29 de </w:t>
            </w:r>
            <w:r w:rsidRPr="00BD660B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BD660B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</w:p>
          <w:p w14:paraId="69816E84" w14:textId="45FF7CBC" w:rsidR="00BD660B" w:rsidRDefault="00BD660B" w:rsidP="00F94FE3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Ternera y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brócoli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Arroz integral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Pan integral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Fruta fresca</w:t>
            </w:r>
          </w:p>
          <w:p w14:paraId="4CFD17EF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2CE723BB" w14:textId="77777777" w:rsidR="00BD660B" w:rsidRDefault="00BD660B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4E730394" w14:textId="248C13FA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715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40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900</w:t>
            </w:r>
          </w:p>
        </w:tc>
        <w:tc>
          <w:tcPr>
            <w:tcW w:w="2249" w:type="dxa"/>
          </w:tcPr>
          <w:p w14:paraId="37268EE2" w14:textId="77777777" w:rsidR="00BD660B" w:rsidRPr="00BD660B" w:rsidRDefault="00BD660B" w:rsidP="00782C81">
            <w:pPr>
              <w:spacing w:after="40" w:line="252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D660B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30 de </w:t>
            </w:r>
            <w:r w:rsidRPr="00BD660B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BD660B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</w:p>
          <w:p w14:paraId="3FE4C251" w14:textId="28469749" w:rsidR="00BD660B" w:rsidRDefault="00BD660B" w:rsidP="00782C81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Macarrones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con queso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Tomates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guisados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</w:t>
            </w:r>
            <w:proofErr w:type="spellStart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multigrano</w:t>
            </w:r>
            <w:proofErr w:type="spellEnd"/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• Fruta fresca</w:t>
            </w:r>
          </w:p>
          <w:p w14:paraId="0A63FEA7" w14:textId="77777777" w:rsidR="00BD660B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  <w:p w14:paraId="2D5D316A" w14:textId="3A528278" w:rsidR="001C3AFC" w:rsidRPr="00E24195" w:rsidRDefault="00C8330D">
            <w:pPr>
              <w:spacing w:after="40" w:line="25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E24195">
              <w:rPr>
                <w:rFonts w:asciiTheme="majorHAnsi" w:hAnsiTheme="majorHAnsi" w:cstheme="majorHAnsi"/>
                <w:sz w:val="28"/>
                <w:szCs w:val="28"/>
              </w:rPr>
              <w:t>Cal: 690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Pro: 25</w:t>
            </w:r>
            <w:r w:rsidRPr="00E24195">
              <w:rPr>
                <w:rFonts w:asciiTheme="majorHAnsi" w:hAnsiTheme="majorHAnsi" w:cstheme="majorHAnsi"/>
                <w:sz w:val="28"/>
                <w:szCs w:val="28"/>
              </w:rPr>
              <w:br/>
              <w:t>S: 1015</w:t>
            </w:r>
          </w:p>
        </w:tc>
      </w:tr>
    </w:tbl>
    <w:p w14:paraId="2F38D621" w14:textId="77777777" w:rsidR="001C3AFC" w:rsidRPr="003701AE" w:rsidRDefault="001C3AFC">
      <w:pPr>
        <w:spacing w:after="160"/>
        <w:rPr>
          <w:rFonts w:asciiTheme="majorHAnsi" w:hAnsiTheme="majorHAnsi" w:cstheme="majorHAnsi"/>
          <w:sz w:val="28"/>
          <w:szCs w:val="28"/>
        </w:rPr>
      </w:pPr>
    </w:p>
    <w:p w14:paraId="78EC2EAD" w14:textId="77777777" w:rsidR="007419E8" w:rsidRDefault="007419E8" w:rsidP="00F105EB">
      <w:pPr>
        <w:jc w:val="center"/>
        <w:rPr>
          <w:rFonts w:asciiTheme="majorHAnsi" w:hAnsiTheme="majorHAnsi" w:cstheme="majorHAnsi"/>
          <w:sz w:val="28"/>
          <w:szCs w:val="28"/>
        </w:rPr>
      </w:pPr>
      <w:r w:rsidRPr="003701AE">
        <w:rPr>
          <w:rFonts w:asciiTheme="majorHAnsi" w:hAnsiTheme="majorHAnsi" w:cstheme="majorHAnsi"/>
          <w:sz w:val="28"/>
          <w:szCs w:val="28"/>
        </w:rPr>
        <w:t xml:space="preserve">Para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cancelar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comidas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por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favor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llame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al 978-686-1422 al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menos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24 horas antes del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servicio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. </w:t>
      </w:r>
      <w:r w:rsidRPr="003701AE">
        <w:rPr>
          <w:rFonts w:asciiTheme="majorHAnsi" w:hAnsiTheme="majorHAnsi" w:cstheme="majorHAnsi"/>
          <w:sz w:val="28"/>
          <w:szCs w:val="28"/>
        </w:rPr>
        <w:br/>
        <w:t xml:space="preserve">Se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recomienda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una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donación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confidencial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de 2,00 $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por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comida. </w:t>
      </w:r>
    </w:p>
    <w:p w14:paraId="6C88DBC7" w14:textId="596453B5" w:rsidR="007419E8" w:rsidRPr="003701AE" w:rsidRDefault="007419E8" w:rsidP="00F105EB">
      <w:pPr>
        <w:jc w:val="center"/>
        <w:rPr>
          <w:rFonts w:asciiTheme="majorHAnsi" w:hAnsiTheme="majorHAnsi" w:cstheme="majorHAnsi"/>
          <w:sz w:val="28"/>
          <w:szCs w:val="28"/>
        </w:rPr>
      </w:pPr>
      <w:r w:rsidRPr="003701AE">
        <w:rPr>
          <w:rFonts w:asciiTheme="majorHAnsi" w:hAnsiTheme="majorHAnsi" w:cstheme="majorHAnsi"/>
          <w:sz w:val="28"/>
          <w:szCs w:val="28"/>
        </w:rPr>
        <w:lastRenderedPageBreak/>
        <w:t xml:space="preserve">Las cartas de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donación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se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envían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mensualmente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>.</w:t>
      </w:r>
      <w:r w:rsidRPr="003701AE">
        <w:rPr>
          <w:rFonts w:asciiTheme="majorHAnsi" w:hAnsiTheme="majorHAnsi" w:cstheme="majorHAnsi"/>
          <w:sz w:val="28"/>
          <w:szCs w:val="28"/>
        </w:rPr>
        <w:br/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Presentado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por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la Ley de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Estadounidenses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Mayores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.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Menú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para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cambiar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sin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previo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aviso. </w:t>
      </w:r>
      <w:r w:rsidRPr="003701AE">
        <w:rPr>
          <w:rFonts w:asciiTheme="majorHAnsi" w:hAnsiTheme="majorHAnsi" w:cstheme="majorHAnsi"/>
          <w:sz w:val="28"/>
          <w:szCs w:val="28"/>
        </w:rPr>
        <w:br/>
        <w:t xml:space="preserve">El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contenido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de sodio de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los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platillos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individuales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del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menú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está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 xml:space="preserve"> disponible bajo </w:t>
      </w:r>
      <w:proofErr w:type="spellStart"/>
      <w:r w:rsidRPr="003701AE">
        <w:rPr>
          <w:rFonts w:asciiTheme="majorHAnsi" w:hAnsiTheme="majorHAnsi" w:cstheme="majorHAnsi"/>
          <w:sz w:val="28"/>
          <w:szCs w:val="28"/>
        </w:rPr>
        <w:t>solicitud</w:t>
      </w:r>
      <w:proofErr w:type="spellEnd"/>
      <w:r w:rsidRPr="003701AE">
        <w:rPr>
          <w:rFonts w:asciiTheme="majorHAnsi" w:hAnsiTheme="majorHAnsi" w:cstheme="majorHAnsi"/>
          <w:sz w:val="28"/>
          <w:szCs w:val="28"/>
        </w:rPr>
        <w:t>.</w:t>
      </w:r>
    </w:p>
    <w:p w14:paraId="493DD1DC" w14:textId="03BD606D" w:rsidR="001C3AFC" w:rsidRDefault="001C3AFC"/>
    <w:sectPr w:rsidR="001C3AF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7861ED"/>
    <w:multiLevelType w:val="hybridMultilevel"/>
    <w:tmpl w:val="3CB2F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5587074">
    <w:abstractNumId w:val="8"/>
  </w:num>
  <w:num w:numId="2" w16cid:durableId="545987612">
    <w:abstractNumId w:val="6"/>
  </w:num>
  <w:num w:numId="3" w16cid:durableId="1571113686">
    <w:abstractNumId w:val="5"/>
  </w:num>
  <w:num w:numId="4" w16cid:durableId="822160644">
    <w:abstractNumId w:val="4"/>
  </w:num>
  <w:num w:numId="5" w16cid:durableId="760957528">
    <w:abstractNumId w:val="7"/>
  </w:num>
  <w:num w:numId="6" w16cid:durableId="1303970235">
    <w:abstractNumId w:val="3"/>
  </w:num>
  <w:num w:numId="7" w16cid:durableId="744570527">
    <w:abstractNumId w:val="2"/>
  </w:num>
  <w:num w:numId="8" w16cid:durableId="2144151975">
    <w:abstractNumId w:val="1"/>
  </w:num>
  <w:num w:numId="9" w16cid:durableId="1441413810">
    <w:abstractNumId w:val="0"/>
  </w:num>
  <w:num w:numId="10" w16cid:durableId="20136088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DC0"/>
    <w:rsid w:val="00034616"/>
    <w:rsid w:val="0006063C"/>
    <w:rsid w:val="000E683E"/>
    <w:rsid w:val="00122553"/>
    <w:rsid w:val="0015074B"/>
    <w:rsid w:val="001A57E1"/>
    <w:rsid w:val="001C3AFC"/>
    <w:rsid w:val="00225BEA"/>
    <w:rsid w:val="0029639D"/>
    <w:rsid w:val="00326F90"/>
    <w:rsid w:val="003701AE"/>
    <w:rsid w:val="003C315C"/>
    <w:rsid w:val="005A5672"/>
    <w:rsid w:val="007419E8"/>
    <w:rsid w:val="007F4C6D"/>
    <w:rsid w:val="008878CC"/>
    <w:rsid w:val="00940B86"/>
    <w:rsid w:val="00AA1D8D"/>
    <w:rsid w:val="00AE25B4"/>
    <w:rsid w:val="00B47730"/>
    <w:rsid w:val="00BD660B"/>
    <w:rsid w:val="00BF3935"/>
    <w:rsid w:val="00C8330D"/>
    <w:rsid w:val="00C905E3"/>
    <w:rsid w:val="00CB0664"/>
    <w:rsid w:val="00D87A8E"/>
    <w:rsid w:val="00E24195"/>
    <w:rsid w:val="00E93F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A487ED"/>
  <w14:defaultImageDpi w14:val="300"/>
  <w15:docId w15:val="{7933DC01-2708-4E96-B2C6-5A5C2A9E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546</Words>
  <Characters>2809</Characters>
  <Application>Microsoft Office Word</Application>
  <DocSecurity>0</DocSecurity>
  <Lines>351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8</cp:revision>
  <dcterms:created xsi:type="dcterms:W3CDTF">2026-09-22T21:28:00Z</dcterms:created>
  <dcterms:modified xsi:type="dcterms:W3CDTF">2026-09-22T21:36:00Z</dcterms:modified>
  <cp:category/>
</cp:coreProperties>
</file>