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B0F49" w14:textId="35E84191" w:rsidR="009C24E8" w:rsidRPr="00515338" w:rsidRDefault="0017766A" w:rsidP="00515338">
      <w:pPr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  <w:r w:rsidRPr="00515338">
        <w:rPr>
          <w:rFonts w:ascii="Calibri" w:hAnsi="Calibri" w:cs="Calibri"/>
          <w:b/>
          <w:sz w:val="28"/>
          <w:szCs w:val="28"/>
        </w:rPr>
        <w:t xml:space="preserve">October </w:t>
      </w:r>
      <w:r w:rsidR="00515338">
        <w:rPr>
          <w:rFonts w:ascii="Calibri" w:hAnsi="Calibri" w:cs="Calibri"/>
          <w:b/>
          <w:sz w:val="28"/>
          <w:szCs w:val="28"/>
        </w:rPr>
        <w:t>Puree</w:t>
      </w:r>
      <w:r w:rsidRPr="00515338">
        <w:rPr>
          <w:rFonts w:ascii="Calibri" w:hAnsi="Calibri" w:cs="Calibri"/>
          <w:b/>
          <w:sz w:val="28"/>
          <w:szCs w:val="28"/>
        </w:rPr>
        <w:t xml:space="preserve"> Menu 2026</w:t>
      </w:r>
      <w:r w:rsidRPr="00515338">
        <w:rPr>
          <w:rFonts w:ascii="Calibri" w:hAnsi="Calibri" w:cs="Calibri"/>
          <w:iCs/>
          <w:sz w:val="28"/>
          <w:szCs w:val="28"/>
        </w:rPr>
        <w:br/>
        <w:t xml:space="preserve">Nutrition Questions? Leigh Hartwell 978-651-3023 or </w:t>
      </w:r>
      <w:r w:rsidR="00515338" w:rsidRPr="00B66C25">
        <w:rPr>
          <w:rFonts w:ascii="Calibri" w:hAnsi="Calibri" w:cs="Calibri"/>
          <w:iCs/>
          <w:sz w:val="28"/>
          <w:szCs w:val="28"/>
        </w:rPr>
        <w:t>Lhartwell@agespan.org</w:t>
      </w:r>
    </w:p>
    <w:p w14:paraId="7A06CE18" w14:textId="77777777" w:rsidR="00515338" w:rsidRPr="00515338" w:rsidRDefault="00515338" w:rsidP="00515338">
      <w:pPr>
        <w:spacing w:after="0" w:line="240" w:lineRule="auto"/>
        <w:jc w:val="center"/>
        <w:rPr>
          <w:rFonts w:ascii="Calibri" w:hAnsi="Calibri" w:cs="Calibri"/>
          <w:iCs/>
          <w:sz w:val="28"/>
          <w:szCs w:val="28"/>
        </w:rPr>
      </w:pPr>
    </w:p>
    <w:tbl>
      <w:tblPr>
        <w:tblW w:w="115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2317"/>
        <w:gridCol w:w="2317"/>
        <w:gridCol w:w="2317"/>
        <w:gridCol w:w="2317"/>
      </w:tblGrid>
      <w:tr w:rsidR="00515338" w:rsidRPr="00515338" w14:paraId="26DE00A2" w14:textId="77777777" w:rsidTr="00515338">
        <w:trPr>
          <w:trHeight w:val="2919"/>
          <w:jc w:val="center"/>
        </w:trPr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DD65C3A" w14:textId="19DBD9BA" w:rsidR="00515338" w:rsidRPr="00515338" w:rsidRDefault="00515338" w:rsidP="00515338">
            <w:pPr>
              <w:rPr>
                <w:rFonts w:ascii="Calibri" w:hAnsi="Calibri" w:cs="Calibri"/>
                <w:sz w:val="28"/>
                <w:szCs w:val="28"/>
              </w:rPr>
            </w:pPr>
            <w:r w:rsidRPr="00515338">
              <w:rPr>
                <w:rFonts w:ascii="Calibri" w:hAnsi="Calibri" w:cs="Calibri"/>
                <w:b/>
                <w:sz w:val="28"/>
                <w:szCs w:val="28"/>
              </w:rPr>
              <w:t>Thursday, October 1</w:t>
            </w:r>
            <w:r w:rsidRPr="00515338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515338">
              <w:rPr>
                <w:rFonts w:ascii="Calibri" w:hAnsi="Calibri" w:cs="Calibri"/>
                <w:sz w:val="28"/>
                <w:szCs w:val="28"/>
              </w:rPr>
              <w:t>• Pot Roast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Beets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Butternut Squash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Healthy Shake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Pudding</w:t>
            </w:r>
          </w:p>
        </w:tc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39D0ED1" w14:textId="32AA18DF" w:rsidR="00515338" w:rsidRPr="00515338" w:rsidRDefault="00515338" w:rsidP="00515338">
            <w:pPr>
              <w:rPr>
                <w:rFonts w:ascii="Calibri" w:hAnsi="Calibri" w:cs="Calibri"/>
                <w:sz w:val="28"/>
                <w:szCs w:val="28"/>
              </w:rPr>
            </w:pPr>
            <w:r w:rsidRPr="00515338">
              <w:rPr>
                <w:rFonts w:ascii="Calibri" w:hAnsi="Calibri" w:cs="Calibri"/>
                <w:b/>
                <w:sz w:val="28"/>
                <w:szCs w:val="28"/>
              </w:rPr>
              <w:t>Friday, October 2</w:t>
            </w:r>
            <w:r w:rsidRPr="00515338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515338">
              <w:rPr>
                <w:rFonts w:ascii="Calibri" w:hAnsi="Calibri" w:cs="Calibri"/>
                <w:sz w:val="28"/>
                <w:szCs w:val="28"/>
              </w:rPr>
              <w:t>• Cheese Omelet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Turkey Sausage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Cheesy Grits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Spinach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Healthy Shake</w:t>
            </w:r>
          </w:p>
        </w:tc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B4E1110" w14:textId="77777777" w:rsidR="00515338" w:rsidRPr="00515338" w:rsidRDefault="00515338" w:rsidP="00515338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CF161F0" w14:textId="5BAA9520" w:rsidR="00515338" w:rsidRPr="00515338" w:rsidRDefault="00515338" w:rsidP="00515338">
            <w:pPr>
              <w:spacing w:after="80" w:line="252" w:lineRule="auto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34706D6" w14:textId="77859B7A" w:rsidR="00515338" w:rsidRPr="00515338" w:rsidRDefault="00515338" w:rsidP="00515338">
            <w:pPr>
              <w:spacing w:after="80" w:line="252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C24E8" w:rsidRPr="00515338" w14:paraId="58B7A45C" w14:textId="77777777" w:rsidTr="00515338">
        <w:trPr>
          <w:trHeight w:val="3225"/>
          <w:jc w:val="center"/>
        </w:trPr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DCB05DE" w14:textId="222D87A3" w:rsidR="009C24E8" w:rsidRPr="00515338" w:rsidRDefault="0017766A">
            <w:pPr>
              <w:spacing w:after="8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515338">
              <w:rPr>
                <w:rFonts w:ascii="Calibri" w:hAnsi="Calibri" w:cs="Calibri"/>
                <w:b/>
                <w:sz w:val="28"/>
                <w:szCs w:val="28"/>
              </w:rPr>
              <w:t>Monday, October 5</w:t>
            </w:r>
            <w:r w:rsidRPr="00515338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515338">
              <w:rPr>
                <w:rFonts w:ascii="Calibri" w:hAnsi="Calibri" w:cs="Calibri"/>
                <w:sz w:val="28"/>
                <w:szCs w:val="28"/>
              </w:rPr>
              <w:t>• Garlic Ginger Chicken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</w:r>
            <w:r w:rsidRPr="00515338">
              <w:rPr>
                <w:rFonts w:ascii="Calibri" w:hAnsi="Calibri" w:cs="Calibri"/>
                <w:sz w:val="28"/>
                <w:szCs w:val="28"/>
              </w:rPr>
              <w:t>• Sweet Potatoes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Beets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Healthy Shake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Fruit</w:t>
            </w:r>
          </w:p>
        </w:tc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0ACE645" w14:textId="57E909E5" w:rsidR="009C24E8" w:rsidRPr="00515338" w:rsidRDefault="0017766A">
            <w:pPr>
              <w:spacing w:after="8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515338">
              <w:rPr>
                <w:rFonts w:ascii="Calibri" w:hAnsi="Calibri" w:cs="Calibri"/>
                <w:b/>
                <w:sz w:val="28"/>
                <w:szCs w:val="28"/>
              </w:rPr>
              <w:t>Tuesday, October 6</w:t>
            </w:r>
            <w:r w:rsidRPr="00515338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515338">
              <w:rPr>
                <w:rFonts w:ascii="Calibri" w:hAnsi="Calibri" w:cs="Calibri"/>
                <w:sz w:val="28"/>
                <w:szCs w:val="28"/>
              </w:rPr>
              <w:t>• Meatloaf &amp; Gravy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Mashed Potatoes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Carrots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Healthy Shake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Yogurt</w:t>
            </w:r>
          </w:p>
        </w:tc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40ACFFD" w14:textId="57FB1F35" w:rsidR="009C24E8" w:rsidRPr="00515338" w:rsidRDefault="0017766A">
            <w:pPr>
              <w:spacing w:after="8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515338">
              <w:rPr>
                <w:rFonts w:ascii="Calibri" w:hAnsi="Calibri" w:cs="Calibri"/>
                <w:b/>
                <w:sz w:val="28"/>
                <w:szCs w:val="28"/>
              </w:rPr>
              <w:t>Wednesday, October 7</w:t>
            </w:r>
            <w:r w:rsidRPr="00515338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515338">
              <w:rPr>
                <w:rFonts w:ascii="Calibri" w:hAnsi="Calibri" w:cs="Calibri"/>
                <w:sz w:val="28"/>
                <w:szCs w:val="28"/>
              </w:rPr>
              <w:t>• Rosemary Garlic Pork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Butternut Squash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Warm Pears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Healthy Shake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Pudding</w:t>
            </w:r>
          </w:p>
        </w:tc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DD9FE78" w14:textId="47B92BD7" w:rsidR="009C24E8" w:rsidRPr="00515338" w:rsidRDefault="0017766A">
            <w:pPr>
              <w:spacing w:after="8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515338">
              <w:rPr>
                <w:rFonts w:ascii="Calibri" w:hAnsi="Calibri" w:cs="Calibri"/>
                <w:b/>
                <w:sz w:val="28"/>
                <w:szCs w:val="28"/>
              </w:rPr>
              <w:t>Thursday, October 8</w:t>
            </w:r>
            <w:r w:rsidRPr="00515338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515338">
              <w:rPr>
                <w:rFonts w:ascii="Calibri" w:hAnsi="Calibri" w:cs="Calibri"/>
                <w:sz w:val="28"/>
                <w:szCs w:val="28"/>
              </w:rPr>
              <w:t>• Breaded Fish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Mashed Sweet Potatoes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Cauliflower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Healthy Shake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Applesauce</w:t>
            </w:r>
          </w:p>
        </w:tc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F040819" w14:textId="25D3B6B7" w:rsidR="009C24E8" w:rsidRPr="00515338" w:rsidRDefault="0017766A">
            <w:pPr>
              <w:spacing w:after="8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515338">
              <w:rPr>
                <w:rFonts w:ascii="Calibri" w:hAnsi="Calibri" w:cs="Calibri"/>
                <w:b/>
                <w:sz w:val="28"/>
                <w:szCs w:val="28"/>
              </w:rPr>
              <w:t>Friday, October 9</w:t>
            </w:r>
            <w:r w:rsidRPr="00515338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515338">
              <w:rPr>
                <w:rFonts w:ascii="Calibri" w:hAnsi="Calibri" w:cs="Calibri"/>
                <w:sz w:val="28"/>
                <w:szCs w:val="28"/>
              </w:rPr>
              <w:t>• Stuffed Shells &amp; Marinara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Peas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Healthy Shake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Fruit</w:t>
            </w:r>
          </w:p>
        </w:tc>
      </w:tr>
      <w:tr w:rsidR="009C24E8" w:rsidRPr="00515338" w14:paraId="62716859" w14:textId="77777777" w:rsidTr="00515338">
        <w:trPr>
          <w:trHeight w:val="3341"/>
          <w:jc w:val="center"/>
        </w:trPr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829523D" w14:textId="74E38891" w:rsidR="009C24E8" w:rsidRPr="00515338" w:rsidRDefault="0017766A">
            <w:pPr>
              <w:spacing w:after="8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515338">
              <w:rPr>
                <w:rFonts w:ascii="Calibri" w:hAnsi="Calibri" w:cs="Calibri"/>
                <w:b/>
                <w:sz w:val="28"/>
                <w:szCs w:val="28"/>
              </w:rPr>
              <w:t>Monday, October 12</w:t>
            </w:r>
            <w:r w:rsidRPr="00515338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515338">
              <w:rPr>
                <w:rFonts w:ascii="Calibri" w:hAnsi="Calibri" w:cs="Calibri"/>
                <w:sz w:val="28"/>
                <w:szCs w:val="28"/>
              </w:rPr>
              <w:t>• Holiday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No Meals</w:t>
            </w:r>
          </w:p>
        </w:tc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444A875" w14:textId="0569A218" w:rsidR="009C24E8" w:rsidRPr="00515338" w:rsidRDefault="0017766A">
            <w:pPr>
              <w:spacing w:after="8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515338">
              <w:rPr>
                <w:rFonts w:ascii="Calibri" w:hAnsi="Calibri" w:cs="Calibri"/>
                <w:b/>
                <w:sz w:val="28"/>
                <w:szCs w:val="28"/>
              </w:rPr>
              <w:t>Tuesday, October 13</w:t>
            </w:r>
            <w:r w:rsidRPr="00515338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515338">
              <w:rPr>
                <w:rFonts w:ascii="Calibri" w:hAnsi="Calibri" w:cs="Calibri"/>
                <w:sz w:val="28"/>
                <w:szCs w:val="28"/>
              </w:rPr>
              <w:t>• Broccoli &amp; Cheese Chicken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Mashed Potatoes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Healthy Shake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Fruit</w:t>
            </w:r>
          </w:p>
        </w:tc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8FF501E" w14:textId="407C1FFA" w:rsidR="009C24E8" w:rsidRPr="00515338" w:rsidRDefault="0017766A">
            <w:pPr>
              <w:spacing w:after="8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515338">
              <w:rPr>
                <w:rFonts w:ascii="Calibri" w:hAnsi="Calibri" w:cs="Calibri"/>
                <w:b/>
                <w:sz w:val="28"/>
                <w:szCs w:val="28"/>
              </w:rPr>
              <w:t>Wednesday, October 14</w:t>
            </w:r>
            <w:r w:rsidRPr="00515338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515338">
              <w:rPr>
                <w:rFonts w:ascii="Calibri" w:hAnsi="Calibri" w:cs="Calibri"/>
                <w:sz w:val="28"/>
                <w:szCs w:val="28"/>
              </w:rPr>
              <w:t>• Beef &amp; Gravy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Carrots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Mashed Potato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Healthy Shake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Fruit</w:t>
            </w:r>
          </w:p>
        </w:tc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5B170E7" w14:textId="362D5D86" w:rsidR="009C24E8" w:rsidRPr="00515338" w:rsidRDefault="0017766A">
            <w:pPr>
              <w:spacing w:after="8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515338">
              <w:rPr>
                <w:rFonts w:ascii="Calibri" w:hAnsi="Calibri" w:cs="Calibri"/>
                <w:b/>
                <w:sz w:val="28"/>
                <w:szCs w:val="28"/>
              </w:rPr>
              <w:t>Thursday, October 15</w:t>
            </w:r>
            <w:r w:rsidRPr="00515338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515338">
              <w:rPr>
                <w:rFonts w:ascii="Calibri" w:hAnsi="Calibri" w:cs="Calibri"/>
                <w:sz w:val="28"/>
                <w:szCs w:val="28"/>
              </w:rPr>
              <w:t>• Cold: Chicken Salad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Orzo Salad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Fruit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Pudding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Healthy Shake</w:t>
            </w:r>
          </w:p>
        </w:tc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3453E3D" w14:textId="7CB9349F" w:rsidR="009C24E8" w:rsidRPr="00515338" w:rsidRDefault="0017766A">
            <w:pPr>
              <w:spacing w:after="8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515338">
              <w:rPr>
                <w:rFonts w:ascii="Calibri" w:hAnsi="Calibri" w:cs="Calibri"/>
                <w:b/>
                <w:sz w:val="28"/>
                <w:szCs w:val="28"/>
              </w:rPr>
              <w:t xml:space="preserve">Friday, </w:t>
            </w:r>
            <w:r w:rsidR="00515338">
              <w:rPr>
                <w:rFonts w:ascii="Calibri" w:hAnsi="Calibri" w:cs="Calibri"/>
                <w:b/>
                <w:sz w:val="28"/>
                <w:szCs w:val="28"/>
              </w:rPr>
              <w:t xml:space="preserve">     </w:t>
            </w:r>
            <w:r w:rsidRPr="00515338">
              <w:rPr>
                <w:rFonts w:ascii="Calibri" w:hAnsi="Calibri" w:cs="Calibri"/>
                <w:b/>
                <w:sz w:val="28"/>
                <w:szCs w:val="28"/>
              </w:rPr>
              <w:t>October 16</w:t>
            </w:r>
            <w:r w:rsidRPr="00515338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515338">
              <w:rPr>
                <w:rFonts w:ascii="Calibri" w:hAnsi="Calibri" w:cs="Calibri"/>
                <w:sz w:val="28"/>
                <w:szCs w:val="28"/>
              </w:rPr>
              <w:t>• Ravioli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Turkey Bolognese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Peas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Healthy Shake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Fruit</w:t>
            </w:r>
          </w:p>
        </w:tc>
      </w:tr>
      <w:tr w:rsidR="009C24E8" w:rsidRPr="00515338" w14:paraId="1D893D04" w14:textId="77777777" w:rsidTr="00515338">
        <w:trPr>
          <w:trHeight w:val="3270"/>
          <w:jc w:val="center"/>
        </w:trPr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3BD1565" w14:textId="08DFFC5F" w:rsidR="009C24E8" w:rsidRPr="00515338" w:rsidRDefault="0017766A">
            <w:pPr>
              <w:spacing w:after="8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515338"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>Monday, October 19</w:t>
            </w:r>
            <w:r w:rsidRPr="00515338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515338">
              <w:rPr>
                <w:rFonts w:ascii="Calibri" w:hAnsi="Calibri" w:cs="Calibri"/>
                <w:sz w:val="28"/>
                <w:szCs w:val="28"/>
              </w:rPr>
              <w:t>• Turkey Burger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Mashed Potatoes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Carrots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Healthy Shake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Fruit</w:t>
            </w:r>
          </w:p>
        </w:tc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7EA8F37" w14:textId="13E16DFB" w:rsidR="009C24E8" w:rsidRPr="00515338" w:rsidRDefault="0017766A">
            <w:pPr>
              <w:spacing w:after="8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515338">
              <w:rPr>
                <w:rFonts w:ascii="Calibri" w:hAnsi="Calibri" w:cs="Calibri"/>
                <w:b/>
                <w:sz w:val="28"/>
                <w:szCs w:val="28"/>
              </w:rPr>
              <w:t>Tuesday, October 20</w:t>
            </w:r>
            <w:r w:rsidRPr="00515338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515338">
              <w:rPr>
                <w:rFonts w:ascii="Calibri" w:hAnsi="Calibri" w:cs="Calibri"/>
                <w:sz w:val="28"/>
                <w:szCs w:val="28"/>
              </w:rPr>
              <w:t>• American Chop Suey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Cauliflower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Healthy Shake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Yogurt</w:t>
            </w:r>
          </w:p>
        </w:tc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C8534C7" w14:textId="4A44E2C4" w:rsidR="009C24E8" w:rsidRPr="00515338" w:rsidRDefault="0017766A">
            <w:pPr>
              <w:spacing w:after="8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515338">
              <w:rPr>
                <w:rFonts w:ascii="Calibri" w:hAnsi="Calibri" w:cs="Calibri"/>
                <w:b/>
                <w:sz w:val="28"/>
                <w:szCs w:val="28"/>
              </w:rPr>
              <w:t>Wednesday, October 21</w:t>
            </w:r>
            <w:r w:rsidRPr="00515338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515338">
              <w:rPr>
                <w:rFonts w:ascii="Calibri" w:hAnsi="Calibri" w:cs="Calibri"/>
                <w:sz w:val="28"/>
                <w:szCs w:val="28"/>
              </w:rPr>
              <w:t>• Garlic &amp; Herb Chicken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Sweet Potatoes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Peas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Healthy Shake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Fruit</w:t>
            </w:r>
          </w:p>
        </w:tc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D46A39E" w14:textId="4FBC55F7" w:rsidR="009C24E8" w:rsidRPr="00515338" w:rsidRDefault="0017766A">
            <w:pPr>
              <w:spacing w:after="8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515338">
              <w:rPr>
                <w:rFonts w:ascii="Calibri" w:hAnsi="Calibri" w:cs="Calibri"/>
                <w:b/>
                <w:sz w:val="28"/>
                <w:szCs w:val="28"/>
              </w:rPr>
              <w:t>Thursday, October 22</w:t>
            </w:r>
            <w:r w:rsidRPr="00515338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515338">
              <w:rPr>
                <w:rFonts w:ascii="Calibri" w:hAnsi="Calibri" w:cs="Calibri"/>
                <w:sz w:val="28"/>
                <w:szCs w:val="28"/>
              </w:rPr>
              <w:t>• Pork &amp; Apples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Butternut Squash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Spinach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Healthy Shake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Pudding</w:t>
            </w:r>
          </w:p>
        </w:tc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B55429A" w14:textId="77777777" w:rsidR="00515338" w:rsidRDefault="0017766A" w:rsidP="00515338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515338">
              <w:rPr>
                <w:rFonts w:ascii="Calibri" w:hAnsi="Calibri" w:cs="Calibri"/>
                <w:b/>
                <w:sz w:val="28"/>
                <w:szCs w:val="28"/>
              </w:rPr>
              <w:t xml:space="preserve">Friday, </w:t>
            </w:r>
          </w:p>
          <w:p w14:paraId="39FF9879" w14:textId="6A17BA5C" w:rsidR="009C24E8" w:rsidRPr="00515338" w:rsidRDefault="0017766A" w:rsidP="00515338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515338">
              <w:rPr>
                <w:rFonts w:ascii="Calibri" w:hAnsi="Calibri" w:cs="Calibri"/>
                <w:b/>
                <w:sz w:val="28"/>
                <w:szCs w:val="28"/>
              </w:rPr>
              <w:t>October 23</w:t>
            </w:r>
            <w:r w:rsidRPr="00515338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515338">
              <w:rPr>
                <w:rFonts w:ascii="Calibri" w:hAnsi="Calibri" w:cs="Calibri"/>
                <w:sz w:val="28"/>
                <w:szCs w:val="28"/>
              </w:rPr>
              <w:t>• Garlic &amp; Lemon Pollock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Beets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Mashed Potatoes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Healthy Shake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Apple</w:t>
            </w:r>
            <w:r w:rsidR="00515338">
              <w:rPr>
                <w:rFonts w:ascii="Calibri" w:hAnsi="Calibri" w:cs="Calibri"/>
                <w:sz w:val="28"/>
                <w:szCs w:val="28"/>
              </w:rPr>
              <w:t>s</w:t>
            </w:r>
            <w:r w:rsidRPr="00515338">
              <w:rPr>
                <w:rFonts w:ascii="Calibri" w:hAnsi="Calibri" w:cs="Calibri"/>
                <w:sz w:val="28"/>
                <w:szCs w:val="28"/>
              </w:rPr>
              <w:t>auce</w:t>
            </w:r>
          </w:p>
        </w:tc>
      </w:tr>
      <w:tr w:rsidR="009C24E8" w:rsidRPr="00515338" w14:paraId="128C73EE" w14:textId="77777777" w:rsidTr="00515338">
        <w:trPr>
          <w:trHeight w:val="2874"/>
          <w:jc w:val="center"/>
        </w:trPr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4F67AE0" w14:textId="638A2BC6" w:rsidR="009C24E8" w:rsidRPr="00515338" w:rsidRDefault="0017766A">
            <w:pPr>
              <w:spacing w:after="8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515338">
              <w:rPr>
                <w:rFonts w:ascii="Calibri" w:hAnsi="Calibri" w:cs="Calibri"/>
                <w:b/>
                <w:sz w:val="28"/>
                <w:szCs w:val="28"/>
              </w:rPr>
              <w:t>Monday, October 26</w:t>
            </w:r>
            <w:r w:rsidRPr="00515338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515338">
              <w:rPr>
                <w:rFonts w:ascii="Calibri" w:hAnsi="Calibri" w:cs="Calibri"/>
                <w:sz w:val="28"/>
                <w:szCs w:val="28"/>
              </w:rPr>
              <w:t>• Beef Stroganoff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Mushrooms &amp; Pasta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Spinach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Healthy Shake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Fruit</w:t>
            </w:r>
          </w:p>
        </w:tc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ED4B498" w14:textId="7F97A5ED" w:rsidR="009C24E8" w:rsidRPr="00515338" w:rsidRDefault="0017766A">
            <w:pPr>
              <w:spacing w:after="8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515338">
              <w:rPr>
                <w:rFonts w:ascii="Calibri" w:hAnsi="Calibri" w:cs="Calibri"/>
                <w:b/>
                <w:sz w:val="28"/>
                <w:szCs w:val="28"/>
              </w:rPr>
              <w:t>Tuesday, October 27</w:t>
            </w:r>
            <w:r w:rsidRPr="00515338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515338">
              <w:rPr>
                <w:rFonts w:ascii="Calibri" w:hAnsi="Calibri" w:cs="Calibri"/>
                <w:sz w:val="28"/>
                <w:szCs w:val="28"/>
              </w:rPr>
              <w:t>• Chicken Pot Pie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Peas &amp; Carrots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Mashed Potatoes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Healthy Shake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Fruit</w:t>
            </w:r>
          </w:p>
        </w:tc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1212786" w14:textId="77C570CD" w:rsidR="009C24E8" w:rsidRPr="00515338" w:rsidRDefault="0017766A">
            <w:pPr>
              <w:spacing w:after="8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515338">
              <w:rPr>
                <w:rFonts w:ascii="Calibri" w:hAnsi="Calibri" w:cs="Calibri"/>
                <w:b/>
                <w:sz w:val="28"/>
                <w:szCs w:val="28"/>
              </w:rPr>
              <w:t>Wednesday, October 28</w:t>
            </w:r>
            <w:r w:rsidRPr="00515338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515338">
              <w:rPr>
                <w:rFonts w:ascii="Calibri" w:hAnsi="Calibri" w:cs="Calibri"/>
                <w:sz w:val="28"/>
                <w:szCs w:val="28"/>
              </w:rPr>
              <w:t>• Cold: Ham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Potato Salad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Beets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Yogurt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Healthy Shake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Juice</w:t>
            </w:r>
          </w:p>
        </w:tc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FF626B5" w14:textId="6C85647A" w:rsidR="009C24E8" w:rsidRPr="00515338" w:rsidRDefault="0017766A">
            <w:pPr>
              <w:spacing w:after="8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515338">
              <w:rPr>
                <w:rFonts w:ascii="Calibri" w:hAnsi="Calibri" w:cs="Calibri"/>
                <w:b/>
                <w:sz w:val="28"/>
                <w:szCs w:val="28"/>
              </w:rPr>
              <w:t>Thursday, October 29</w:t>
            </w:r>
            <w:r w:rsidRPr="00515338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515338">
              <w:rPr>
                <w:rFonts w:ascii="Calibri" w:hAnsi="Calibri" w:cs="Calibri"/>
                <w:sz w:val="28"/>
                <w:szCs w:val="28"/>
              </w:rPr>
              <w:t>• Garlic Beef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Carrots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Mashed Potatoes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Healthy Shake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Pudding</w:t>
            </w:r>
          </w:p>
        </w:tc>
        <w:tc>
          <w:tcPr>
            <w:tcW w:w="23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137BE4D" w14:textId="546C8DD6" w:rsidR="009C24E8" w:rsidRPr="00515338" w:rsidRDefault="0017766A">
            <w:pPr>
              <w:spacing w:after="8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515338">
              <w:rPr>
                <w:rFonts w:ascii="Calibri" w:hAnsi="Calibri" w:cs="Calibri"/>
                <w:b/>
                <w:sz w:val="28"/>
                <w:szCs w:val="28"/>
              </w:rPr>
              <w:t>Friday, October 30</w:t>
            </w:r>
            <w:r w:rsidRPr="00515338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515338">
              <w:rPr>
                <w:rFonts w:ascii="Calibri" w:hAnsi="Calibri" w:cs="Calibri"/>
                <w:sz w:val="28"/>
                <w:szCs w:val="28"/>
              </w:rPr>
              <w:t>• Macaroni &amp; Cheese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Peas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Healthy Shake</w:t>
            </w:r>
            <w:r w:rsidRPr="00515338">
              <w:rPr>
                <w:rFonts w:ascii="Calibri" w:hAnsi="Calibri" w:cs="Calibri"/>
                <w:sz w:val="28"/>
                <w:szCs w:val="28"/>
              </w:rPr>
              <w:br/>
              <w:t>• Fruit</w:t>
            </w:r>
          </w:p>
        </w:tc>
      </w:tr>
    </w:tbl>
    <w:p w14:paraId="6925CC33" w14:textId="77777777" w:rsidR="00515338" w:rsidRDefault="00515338" w:rsidP="00515338">
      <w:pPr>
        <w:spacing w:after="0" w:line="240" w:lineRule="auto"/>
        <w:jc w:val="center"/>
        <w:rPr>
          <w:rFonts w:ascii="Calibri" w:hAnsi="Calibri" w:cs="Calibri"/>
          <w:b/>
          <w:bCs/>
          <w:iCs/>
          <w:sz w:val="28"/>
          <w:szCs w:val="28"/>
        </w:rPr>
      </w:pPr>
    </w:p>
    <w:p w14:paraId="01603C17" w14:textId="3DC5D269" w:rsidR="009C24E8" w:rsidRPr="00515338" w:rsidRDefault="0017766A" w:rsidP="00515338">
      <w:pPr>
        <w:spacing w:after="0" w:line="240" w:lineRule="auto"/>
        <w:jc w:val="center"/>
        <w:rPr>
          <w:rFonts w:ascii="Calibri" w:hAnsi="Calibri" w:cs="Calibri"/>
          <w:b/>
          <w:bCs/>
          <w:iCs/>
          <w:sz w:val="28"/>
          <w:szCs w:val="28"/>
        </w:rPr>
      </w:pPr>
      <w:r w:rsidRPr="00515338">
        <w:rPr>
          <w:rFonts w:ascii="Calibri" w:hAnsi="Calibri" w:cs="Calibri"/>
          <w:b/>
          <w:bCs/>
          <w:iCs/>
          <w:sz w:val="28"/>
          <w:szCs w:val="28"/>
        </w:rPr>
        <w:t>To cancel meals, call the nutrition office at 978-686-1422 at least 24 hours</w:t>
      </w:r>
      <w:r w:rsidR="00515338" w:rsidRPr="00515338">
        <w:rPr>
          <w:rFonts w:ascii="Calibri" w:hAnsi="Calibri" w:cs="Calibri"/>
          <w:b/>
          <w:bCs/>
          <w:iCs/>
          <w:sz w:val="28"/>
          <w:szCs w:val="28"/>
        </w:rPr>
        <w:t xml:space="preserve"> </w:t>
      </w:r>
      <w:r w:rsidRPr="00515338">
        <w:rPr>
          <w:rFonts w:ascii="Calibri" w:hAnsi="Calibri" w:cs="Calibri"/>
          <w:b/>
          <w:bCs/>
          <w:iCs/>
          <w:sz w:val="28"/>
          <w:szCs w:val="28"/>
        </w:rPr>
        <w:t>prior to service.</w:t>
      </w:r>
    </w:p>
    <w:p w14:paraId="13B25A7F" w14:textId="3C4680DF" w:rsidR="00515338" w:rsidRPr="00515338" w:rsidRDefault="00515338" w:rsidP="00515338">
      <w:pPr>
        <w:spacing w:after="0" w:line="240" w:lineRule="auto"/>
        <w:jc w:val="center"/>
        <w:rPr>
          <w:rFonts w:ascii="Calibri" w:hAnsi="Calibri" w:cs="Calibri"/>
          <w:b/>
          <w:bCs/>
          <w:iCs/>
          <w:sz w:val="28"/>
          <w:szCs w:val="28"/>
        </w:rPr>
      </w:pPr>
      <w:r w:rsidRPr="00515338">
        <w:rPr>
          <w:rFonts w:ascii="Calibri" w:hAnsi="Calibri" w:cs="Calibri"/>
          <w:b/>
          <w:bCs/>
          <w:iCs/>
          <w:sz w:val="28"/>
          <w:szCs w:val="28"/>
        </w:rPr>
        <w:t>A $2.00 Confidential Donation Is Suggested Per Meal. Donation Letters Are Mailed Monthly.</w:t>
      </w:r>
      <w:r w:rsidRPr="00515338">
        <w:rPr>
          <w:rFonts w:ascii="Calibri" w:hAnsi="Calibri" w:cs="Calibri"/>
          <w:b/>
          <w:bCs/>
          <w:iCs/>
          <w:sz w:val="28"/>
          <w:szCs w:val="28"/>
        </w:rPr>
        <w:br/>
        <w:t>Brought To You by the Older Americans Act | Menu Subject to Change Without Notice</w:t>
      </w:r>
    </w:p>
    <w:p w14:paraId="63EDFEF1" w14:textId="12813EC0" w:rsidR="009C24E8" w:rsidRDefault="009C24E8"/>
    <w:sectPr w:rsidR="009C24E8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6215942">
    <w:abstractNumId w:val="8"/>
  </w:num>
  <w:num w:numId="2" w16cid:durableId="973296619">
    <w:abstractNumId w:val="6"/>
  </w:num>
  <w:num w:numId="3" w16cid:durableId="1247036321">
    <w:abstractNumId w:val="5"/>
  </w:num>
  <w:num w:numId="4" w16cid:durableId="2123449954">
    <w:abstractNumId w:val="4"/>
  </w:num>
  <w:num w:numId="5" w16cid:durableId="945696666">
    <w:abstractNumId w:val="7"/>
  </w:num>
  <w:num w:numId="6" w16cid:durableId="920062338">
    <w:abstractNumId w:val="3"/>
  </w:num>
  <w:num w:numId="7" w16cid:durableId="618874350">
    <w:abstractNumId w:val="2"/>
  </w:num>
  <w:num w:numId="8" w16cid:durableId="89938846">
    <w:abstractNumId w:val="1"/>
  </w:num>
  <w:num w:numId="9" w16cid:durableId="1595090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766A"/>
    <w:rsid w:val="0029639D"/>
    <w:rsid w:val="00326F90"/>
    <w:rsid w:val="00515338"/>
    <w:rsid w:val="007D656E"/>
    <w:rsid w:val="009C24E8"/>
    <w:rsid w:val="00AA1D8D"/>
    <w:rsid w:val="00B47730"/>
    <w:rsid w:val="00B66C25"/>
    <w:rsid w:val="00CB0664"/>
    <w:rsid w:val="00E429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D7EE0B"/>
  <w14:defaultImageDpi w14:val="300"/>
  <w15:docId w15:val="{9D080839-EED5-43FE-86F0-9640458A7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51533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53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328</Words>
  <Characters>1969</Characters>
  <Application>Microsoft Office Word</Application>
  <DocSecurity>0</DocSecurity>
  <Lines>140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Leigh Hartwell</cp:lastModifiedBy>
  <cp:revision>4</cp:revision>
  <dcterms:created xsi:type="dcterms:W3CDTF">2026-09-22T19:58:00Z</dcterms:created>
  <dcterms:modified xsi:type="dcterms:W3CDTF">2026-09-22T20:02:00Z</dcterms:modified>
  <cp:category/>
</cp:coreProperties>
</file>