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B0EDF" w14:textId="7CD5E6D1" w:rsidR="00072CDB" w:rsidRPr="0019023E" w:rsidRDefault="00FA2EC1" w:rsidP="0019023E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19023E">
        <w:rPr>
          <w:rFonts w:ascii="Calibri" w:hAnsi="Calibri" w:cs="Calibri"/>
          <w:b/>
          <w:color w:val="323232"/>
          <w:sz w:val="28"/>
          <w:szCs w:val="28"/>
        </w:rPr>
        <w:t xml:space="preserve">October </w:t>
      </w:r>
      <w:r w:rsidR="00203545">
        <w:rPr>
          <w:rFonts w:ascii="Calibri" w:hAnsi="Calibri" w:cs="Calibri"/>
          <w:b/>
          <w:color w:val="323232"/>
          <w:sz w:val="28"/>
          <w:szCs w:val="28"/>
        </w:rPr>
        <w:t>Low Lactose</w:t>
      </w:r>
      <w:r w:rsidRPr="0019023E">
        <w:rPr>
          <w:rFonts w:ascii="Calibri" w:hAnsi="Calibri" w:cs="Calibri"/>
          <w:b/>
          <w:color w:val="323232"/>
          <w:sz w:val="28"/>
          <w:szCs w:val="28"/>
        </w:rPr>
        <w:t xml:space="preserve"> Menu 2026</w:t>
      </w:r>
    </w:p>
    <w:p w14:paraId="09A6431B" w14:textId="77777777" w:rsidR="00072CDB" w:rsidRPr="0019023E" w:rsidRDefault="00FA2EC1" w:rsidP="0019023E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19023E">
        <w:rPr>
          <w:rFonts w:ascii="Calibri" w:hAnsi="Calibri" w:cs="Calibri"/>
          <w:sz w:val="28"/>
          <w:szCs w:val="28"/>
        </w:rPr>
        <w:t>Nutrition Questions? Leigh Hartwell 978-651-3023 or Lhartwell@agespan.org</w:t>
      </w:r>
    </w:p>
    <w:tbl>
      <w:tblPr>
        <w:tblW w:w="11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2298"/>
        <w:gridCol w:w="2298"/>
        <w:gridCol w:w="2298"/>
        <w:gridCol w:w="2298"/>
      </w:tblGrid>
      <w:tr w:rsidR="0019023E" w:rsidRPr="0019023E" w14:paraId="162544B0" w14:textId="77777777" w:rsidTr="000865DE">
        <w:trPr>
          <w:trHeight w:val="1814"/>
          <w:jc w:val="center"/>
        </w:trPr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690640" w14:textId="1D65960E" w:rsidR="0019023E" w:rsidRPr="0019023E" w:rsidRDefault="008132AF" w:rsidP="0019023E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Thursday, October 1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Pot Roast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Beets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Butternut Squash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 xml:space="preserve">• 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>Multigrain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Lorna Doones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219BDE" w14:textId="7ECC6113" w:rsidR="0019023E" w:rsidRPr="0019023E" w:rsidRDefault="008132AF" w:rsidP="0019023E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Friday, October 2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Cheese Omelet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Turkey Sausage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Roasted Potatoes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Ratatouille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Honey Wheat Roll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Fresh Fruit</w:t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656C97" w14:textId="77777777" w:rsidR="0019023E" w:rsidRPr="0019023E" w:rsidRDefault="0019023E" w:rsidP="0019023E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03A7A2" w14:textId="4494A741" w:rsidR="0019023E" w:rsidRPr="0019023E" w:rsidRDefault="0019023E" w:rsidP="0019023E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42D654" w14:textId="4E4EEADB" w:rsidR="0019023E" w:rsidRPr="0019023E" w:rsidRDefault="0019023E" w:rsidP="0019023E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072CDB" w:rsidRPr="0019023E" w14:paraId="6A8D2D29" w14:textId="77777777" w:rsidTr="000865DE">
        <w:trPr>
          <w:trHeight w:val="1814"/>
          <w:jc w:val="center"/>
        </w:trPr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3C4C80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 xml:space="preserve">Monday, </w:t>
            </w:r>
          </w:p>
          <w:p w14:paraId="2EC8C431" w14:textId="28D31794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October 5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Chicken </w:t>
            </w:r>
            <w:proofErr w:type="gramStart"/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and 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Black</w:t>
            </w:r>
            <w:proofErr w:type="gramEnd"/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Beans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White Rice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 xml:space="preserve">• 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>Multigrain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Cookie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8B61D4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 xml:space="preserve">Tuesday, </w:t>
            </w:r>
          </w:p>
          <w:p w14:paraId="671B64BD" w14:textId="354FAC22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October 6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Meatloaf 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>and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Gravy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Quinoa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Mixed Vegetables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White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Gelatin</w:t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F497CE" w14:textId="45ADC00B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Wednesday, October 7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Hot Dog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Baked Beans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Latin Slaw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Warm Pears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Bun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7077F3" w14:textId="550DDE6C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Thursday, October 8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Breaded Fish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Corn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Cauliflower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 xml:space="preserve">• 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>Multigrain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Applesauce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B69560" w14:textId="5471F5E1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Friday, October 9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Meatballs, Marinara 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>and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Pasta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Capri Blend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Oat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Mandarins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</w:tr>
      <w:tr w:rsidR="00072CDB" w:rsidRPr="0019023E" w14:paraId="67527B2D" w14:textId="77777777" w:rsidTr="000865DE">
        <w:trPr>
          <w:trHeight w:val="1814"/>
          <w:jc w:val="center"/>
        </w:trPr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742BE4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 xml:space="preserve">Monday, </w:t>
            </w:r>
          </w:p>
          <w:p w14:paraId="450A5AF5" w14:textId="412FF91A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October 12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b/>
                <w:sz w:val="28"/>
                <w:szCs w:val="28"/>
              </w:rPr>
              <w:t>• Holiday - No Meals</w:t>
            </w:r>
            <w:r w:rsidRPr="0019023E">
              <w:rPr>
                <w:rFonts w:ascii="Calibri" w:hAnsi="Calibri" w:cs="Calibri"/>
                <w:b/>
                <w:color w:val="B43232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542B6F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 xml:space="preserve">Tuesday, </w:t>
            </w:r>
          </w:p>
          <w:p w14:paraId="39503369" w14:textId="4BC4B4AD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October 13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Honey Garlic Chicken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Rice Pilaf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Beets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Ls Wheat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Pineapple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D104C8" w14:textId="683B92A0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Wednesday, October 14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Beef Stew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Barley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Honey Wheat Roll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Gelatin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7617AC" w14:textId="22C75578" w:rsidR="0019023E" w:rsidRDefault="008132AF" w:rsidP="0019023E">
            <w:pPr>
              <w:spacing w:after="40" w:line="252" w:lineRule="auto"/>
              <w:rPr>
                <w:rFonts w:ascii="Calibri" w:hAnsi="Calibri" w:cs="Calibri"/>
                <w:color w:val="464646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Thursday, October 15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Cold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Meal </w:t>
            </w:r>
          </w:p>
          <w:p w14:paraId="71B14AFD" w14:textId="154906E0" w:rsidR="00072CDB" w:rsidRPr="0019023E" w:rsidRDefault="008132AF" w:rsidP="0019023E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Honey Mustard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Chicken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Orzo Salad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Garden Salad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Lorna Doones</w:t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D4FE62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Friday,</w:t>
            </w:r>
          </w:p>
          <w:p w14:paraId="3996C00D" w14:textId="1A34D4D0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 xml:space="preserve"> October 16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Ground Turkey </w:t>
            </w:r>
            <w:proofErr w:type="gramStart"/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and 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Pasta</w:t>
            </w:r>
            <w:proofErr w:type="gramEnd"/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Broccoli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Ww Garlic Roll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Fresh Fruit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</w:tr>
      <w:tr w:rsidR="00072CDB" w:rsidRPr="0019023E" w14:paraId="111C7E59" w14:textId="77777777" w:rsidTr="000865DE">
        <w:trPr>
          <w:trHeight w:val="1814"/>
          <w:jc w:val="center"/>
        </w:trPr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7E23F8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 xml:space="preserve">Monday, </w:t>
            </w:r>
          </w:p>
          <w:p w14:paraId="624C5FFC" w14:textId="3C133251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October 19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Turkey </w:t>
            </w:r>
            <w:proofErr w:type="gramStart"/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and 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Gravy</w:t>
            </w:r>
            <w:proofErr w:type="gramEnd"/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Green Beans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Corn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lastRenderedPageBreak/>
              <w:t>• Ls Wheat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Chilled Fruit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806213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lastRenderedPageBreak/>
              <w:t xml:space="preserve">Tuesday, </w:t>
            </w:r>
          </w:p>
          <w:p w14:paraId="270B434E" w14:textId="4D36B311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October 20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American Chop Suey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Cauliflower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Ww Garlic Roll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lastRenderedPageBreak/>
              <w:t>• Gelatin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21CB5E" w14:textId="270EEFF2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lastRenderedPageBreak/>
              <w:t>Wednesday, October 21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</w:t>
            </w:r>
            <w:proofErr w:type="spellStart"/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Bbq</w:t>
            </w:r>
            <w:proofErr w:type="spellEnd"/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Chicken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Sweet Potatoes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Capri Vegetables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lastRenderedPageBreak/>
              <w:t xml:space="preserve">• 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>Multigrain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Mandarins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83D2A8" w14:textId="7334E151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lastRenderedPageBreak/>
              <w:t>Thursday, October 22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Pork </w:t>
            </w:r>
            <w:proofErr w:type="gramStart"/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and 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Apples</w:t>
            </w:r>
            <w:proofErr w:type="gramEnd"/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Butternut Squash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lastRenderedPageBreak/>
              <w:t>• Brussels Sprouts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Graham Crackers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Dinner Roll</w:t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F9B4FB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lastRenderedPageBreak/>
              <w:t xml:space="preserve">Friday, </w:t>
            </w:r>
          </w:p>
          <w:p w14:paraId="2135341A" w14:textId="463F5702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October 23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Garlic </w:t>
            </w:r>
            <w:proofErr w:type="gramStart"/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and 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Lemon</w:t>
            </w:r>
            <w:proofErr w:type="gramEnd"/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Pollock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 xml:space="preserve">• Rice </w:t>
            </w:r>
            <w:proofErr w:type="gramStart"/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and 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Beans</w:t>
            </w:r>
            <w:proofErr w:type="gramEnd"/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Beets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lastRenderedPageBreak/>
              <w:t>• Oat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Applesauce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</w:tr>
      <w:tr w:rsidR="00072CDB" w:rsidRPr="0019023E" w14:paraId="16413E3B" w14:textId="77777777" w:rsidTr="000865DE">
        <w:trPr>
          <w:trHeight w:val="1814"/>
          <w:jc w:val="center"/>
        </w:trPr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CF1718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lastRenderedPageBreak/>
              <w:t xml:space="preserve">Monday, </w:t>
            </w:r>
          </w:p>
          <w:p w14:paraId="0D27D8F4" w14:textId="34A0BF13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October 26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Beef </w:t>
            </w:r>
            <w:proofErr w:type="gramStart"/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and 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Bean</w:t>
            </w:r>
            <w:proofErr w:type="gramEnd"/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Chili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Warm Blueberries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Corn Salad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Dinner Roll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2F5717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 xml:space="preserve">Tuesday, </w:t>
            </w:r>
          </w:p>
          <w:p w14:paraId="4CBABA18" w14:textId="44B5A95E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October 27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Chicken Pot Pie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Couscous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Dinner Roll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Chilled Fruit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3C7820" w14:textId="53E05AD3" w:rsidR="0019023E" w:rsidRDefault="008132AF">
            <w:pPr>
              <w:spacing w:after="40" w:line="252" w:lineRule="auto"/>
              <w:rPr>
                <w:rFonts w:ascii="Calibri" w:hAnsi="Calibri" w:cs="Calibri"/>
                <w:color w:val="464646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Wednesday, October 28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Cold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Meal </w:t>
            </w:r>
          </w:p>
          <w:p w14:paraId="32820010" w14:textId="47C3A548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>• Ham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Quinoa Salad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Garden Salad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Ls Wheat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Gelatin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493B62" w14:textId="50A9458C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Thursday, October 29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Beef </w:t>
            </w:r>
            <w:proofErr w:type="gramStart"/>
            <w:r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and 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Broccoli</w:t>
            </w:r>
            <w:proofErr w:type="gramEnd"/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Brown Rice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Broccoli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Ww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Chilled Fruit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</w:r>
          </w:p>
        </w:tc>
        <w:tc>
          <w:tcPr>
            <w:tcW w:w="229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33A576" w14:textId="77777777" w:rsidR="000865DE" w:rsidRDefault="008132AF">
            <w:pPr>
              <w:spacing w:after="40" w:line="252" w:lineRule="auto"/>
              <w:rPr>
                <w:rFonts w:ascii="Calibri" w:hAnsi="Calibri" w:cs="Calibri"/>
                <w:b/>
                <w:color w:val="282828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 xml:space="preserve">Friday, </w:t>
            </w:r>
          </w:p>
          <w:p w14:paraId="5477E2B6" w14:textId="1B2CBBF7" w:rsidR="00072CDB" w:rsidRPr="0019023E" w:rsidRDefault="008132A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t>October 30</w:t>
            </w:r>
            <w:r w:rsidRPr="0019023E">
              <w:rPr>
                <w:rFonts w:ascii="Calibri" w:hAnsi="Calibri" w:cs="Calibri"/>
                <w:b/>
                <w:color w:val="282828"/>
                <w:sz w:val="28"/>
                <w:szCs w:val="28"/>
              </w:rPr>
              <w:br/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• Meatballs 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>and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Pasta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White Wine Sauce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Stewed Tomatoes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 xml:space="preserve">• </w:t>
            </w:r>
            <w:r>
              <w:rPr>
                <w:rFonts w:ascii="Calibri" w:hAnsi="Calibri" w:cs="Calibri"/>
                <w:color w:val="464646"/>
                <w:sz w:val="28"/>
                <w:szCs w:val="28"/>
              </w:rPr>
              <w:t>Multigrain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t xml:space="preserve"> Bread</w:t>
            </w:r>
            <w:r w:rsidRPr="0019023E">
              <w:rPr>
                <w:rFonts w:ascii="Calibri" w:hAnsi="Calibri" w:cs="Calibri"/>
                <w:color w:val="464646"/>
                <w:sz w:val="28"/>
                <w:szCs w:val="28"/>
              </w:rPr>
              <w:br/>
              <w:t>• Chilled Fruit</w:t>
            </w:r>
          </w:p>
        </w:tc>
      </w:tr>
    </w:tbl>
    <w:p w14:paraId="1A08CAA6" w14:textId="77777777" w:rsidR="0019023E" w:rsidRDefault="0019023E" w:rsidP="0019023E">
      <w:pPr>
        <w:spacing w:after="0" w:line="240" w:lineRule="auto"/>
        <w:jc w:val="center"/>
        <w:rPr>
          <w:rFonts w:ascii="Calibri" w:hAnsi="Calibri" w:cs="Calibri"/>
          <w:b/>
          <w:bCs/>
          <w:iCs/>
          <w:sz w:val="28"/>
          <w:szCs w:val="28"/>
        </w:rPr>
      </w:pPr>
    </w:p>
    <w:p w14:paraId="5B7B366D" w14:textId="2A04ED1A" w:rsidR="0019023E" w:rsidRPr="0019023E" w:rsidRDefault="00FA2EC1" w:rsidP="0019023E">
      <w:pPr>
        <w:spacing w:after="0" w:line="240" w:lineRule="auto"/>
        <w:jc w:val="center"/>
        <w:rPr>
          <w:rFonts w:ascii="Calibri" w:hAnsi="Calibri" w:cs="Calibri"/>
          <w:b/>
          <w:bCs/>
          <w:iCs/>
          <w:sz w:val="28"/>
          <w:szCs w:val="28"/>
        </w:rPr>
      </w:pPr>
      <w:r w:rsidRPr="0019023E">
        <w:rPr>
          <w:rFonts w:ascii="Calibri" w:hAnsi="Calibri" w:cs="Calibri"/>
          <w:b/>
          <w:bCs/>
          <w:iCs/>
          <w:sz w:val="28"/>
          <w:szCs w:val="28"/>
        </w:rPr>
        <w:t>To cancel meals, call the nutrition office at 978-686-1422 at least 24 hours prior to service.</w:t>
      </w:r>
      <w:r w:rsidR="0019023E" w:rsidRPr="0019023E">
        <w:rPr>
          <w:rFonts w:ascii="Calibri" w:hAnsi="Calibri" w:cs="Calibri"/>
          <w:b/>
          <w:bCs/>
          <w:iCs/>
          <w:sz w:val="28"/>
          <w:szCs w:val="28"/>
        </w:rPr>
        <w:t xml:space="preserve"> </w:t>
      </w:r>
      <w:r w:rsidRPr="0019023E">
        <w:rPr>
          <w:rFonts w:ascii="Calibri" w:hAnsi="Calibri" w:cs="Calibri"/>
          <w:b/>
          <w:bCs/>
          <w:iCs/>
          <w:sz w:val="28"/>
          <w:szCs w:val="28"/>
        </w:rPr>
        <w:t xml:space="preserve">A $2.00 Confidential Donation Is Suggested Per Meal. </w:t>
      </w:r>
    </w:p>
    <w:p w14:paraId="0B4D8302" w14:textId="293E70D4" w:rsidR="00072CDB" w:rsidRPr="0019023E" w:rsidRDefault="00FA2EC1" w:rsidP="0019023E">
      <w:pPr>
        <w:spacing w:after="0" w:line="240" w:lineRule="auto"/>
        <w:jc w:val="center"/>
        <w:rPr>
          <w:rFonts w:ascii="Calibri" w:hAnsi="Calibri" w:cs="Calibri"/>
          <w:b/>
          <w:bCs/>
          <w:iCs/>
          <w:sz w:val="28"/>
          <w:szCs w:val="28"/>
        </w:rPr>
      </w:pPr>
      <w:r w:rsidRPr="0019023E">
        <w:rPr>
          <w:rFonts w:ascii="Calibri" w:hAnsi="Calibri" w:cs="Calibri"/>
          <w:b/>
          <w:bCs/>
          <w:iCs/>
          <w:sz w:val="28"/>
          <w:szCs w:val="28"/>
        </w:rPr>
        <w:t>Donation Letters Are Mailed Monthly.</w:t>
      </w:r>
    </w:p>
    <w:p w14:paraId="4CC78A33" w14:textId="77777777" w:rsidR="0019023E" w:rsidRPr="0019023E" w:rsidRDefault="00FA2EC1" w:rsidP="0019023E">
      <w:pPr>
        <w:spacing w:after="0" w:line="240" w:lineRule="auto"/>
        <w:jc w:val="center"/>
        <w:rPr>
          <w:rFonts w:ascii="Calibri" w:hAnsi="Calibri" w:cs="Calibri"/>
          <w:b/>
          <w:bCs/>
          <w:iCs/>
          <w:sz w:val="28"/>
          <w:szCs w:val="28"/>
        </w:rPr>
      </w:pPr>
      <w:r w:rsidRPr="0019023E">
        <w:rPr>
          <w:rFonts w:ascii="Calibri" w:hAnsi="Calibri" w:cs="Calibri"/>
          <w:b/>
          <w:bCs/>
          <w:iCs/>
          <w:sz w:val="28"/>
          <w:szCs w:val="28"/>
        </w:rPr>
        <w:t xml:space="preserve">Brought To You by the Older Americans Act </w:t>
      </w:r>
    </w:p>
    <w:p w14:paraId="37A7A0F2" w14:textId="0483BBC8" w:rsidR="00072CDB" w:rsidRPr="0019023E" w:rsidRDefault="00FA2EC1" w:rsidP="0019023E">
      <w:pPr>
        <w:spacing w:after="0" w:line="240" w:lineRule="auto"/>
        <w:jc w:val="center"/>
        <w:rPr>
          <w:rFonts w:ascii="Calibri" w:hAnsi="Calibri" w:cs="Calibri"/>
          <w:b/>
          <w:bCs/>
          <w:iCs/>
          <w:sz w:val="28"/>
          <w:szCs w:val="28"/>
        </w:rPr>
      </w:pPr>
      <w:r w:rsidRPr="0019023E">
        <w:rPr>
          <w:rFonts w:ascii="Calibri" w:hAnsi="Calibri" w:cs="Calibri"/>
          <w:b/>
          <w:bCs/>
          <w:iCs/>
          <w:sz w:val="28"/>
          <w:szCs w:val="28"/>
        </w:rPr>
        <w:t>Menu Subject to Change Without Notice</w:t>
      </w:r>
    </w:p>
    <w:sectPr w:rsidR="00072CDB" w:rsidRPr="0019023E" w:rsidSect="000865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3532455">
    <w:abstractNumId w:val="8"/>
  </w:num>
  <w:num w:numId="2" w16cid:durableId="2002270183">
    <w:abstractNumId w:val="6"/>
  </w:num>
  <w:num w:numId="3" w16cid:durableId="1581402582">
    <w:abstractNumId w:val="5"/>
  </w:num>
  <w:num w:numId="4" w16cid:durableId="1151749062">
    <w:abstractNumId w:val="4"/>
  </w:num>
  <w:num w:numId="5" w16cid:durableId="1618951897">
    <w:abstractNumId w:val="7"/>
  </w:num>
  <w:num w:numId="6" w16cid:durableId="2100445232">
    <w:abstractNumId w:val="3"/>
  </w:num>
  <w:num w:numId="7" w16cid:durableId="233469841">
    <w:abstractNumId w:val="2"/>
  </w:num>
  <w:num w:numId="8" w16cid:durableId="1752000460">
    <w:abstractNumId w:val="1"/>
  </w:num>
  <w:num w:numId="9" w16cid:durableId="1049914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CDB"/>
    <w:rsid w:val="000865DE"/>
    <w:rsid w:val="0015074B"/>
    <w:rsid w:val="0019023E"/>
    <w:rsid w:val="00203545"/>
    <w:rsid w:val="0029639D"/>
    <w:rsid w:val="00326F90"/>
    <w:rsid w:val="008132AF"/>
    <w:rsid w:val="00AA1D8D"/>
    <w:rsid w:val="00B47730"/>
    <w:rsid w:val="00CB0664"/>
    <w:rsid w:val="00CC0839"/>
    <w:rsid w:val="00CF5ABD"/>
    <w:rsid w:val="00FA2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FC53CE"/>
  <w14:defaultImageDpi w14:val="300"/>
  <w15:docId w15:val="{06258933-8B9F-4AC5-9FF0-8F971A66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2041</Characters>
  <Application>Microsoft Office Word</Application>
  <DocSecurity>0</DocSecurity>
  <Lines>255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3</cp:revision>
  <dcterms:created xsi:type="dcterms:W3CDTF">2026-09-22T20:10:00Z</dcterms:created>
  <dcterms:modified xsi:type="dcterms:W3CDTF">2026-09-22T20:11:00Z</dcterms:modified>
  <cp:category/>
</cp:coreProperties>
</file>