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5C0D5" w14:textId="77777777" w:rsidR="002A6359" w:rsidRPr="00BE2AE1" w:rsidRDefault="002A6359" w:rsidP="00EA78A8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proofErr w:type="spellStart"/>
      <w:r w:rsidRPr="00BE2AE1">
        <w:rPr>
          <w:rFonts w:ascii="Calibri" w:hAnsi="Calibri" w:cs="Calibri"/>
          <w:b/>
          <w:sz w:val="28"/>
          <w:szCs w:val="28"/>
        </w:rPr>
        <w:t>Menú</w:t>
      </w:r>
      <w:proofErr w:type="spellEnd"/>
      <w:r w:rsidRPr="00BE2AE1">
        <w:rPr>
          <w:rFonts w:ascii="Calibri" w:hAnsi="Calibri" w:cs="Calibri"/>
          <w:b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sz w:val="28"/>
          <w:szCs w:val="28"/>
        </w:rPr>
        <w:t>inspirado</w:t>
      </w:r>
      <w:proofErr w:type="spellEnd"/>
      <w:r w:rsidRPr="00BE2AE1">
        <w:rPr>
          <w:rFonts w:ascii="Calibri" w:hAnsi="Calibri" w:cs="Calibri"/>
          <w:b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sz w:val="28"/>
          <w:szCs w:val="28"/>
        </w:rPr>
        <w:t>en</w:t>
      </w:r>
      <w:proofErr w:type="spellEnd"/>
      <w:r w:rsidRPr="00BE2AE1">
        <w:rPr>
          <w:rFonts w:ascii="Calibri" w:hAnsi="Calibri" w:cs="Calibri"/>
          <w:b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sz w:val="28"/>
          <w:szCs w:val="28"/>
        </w:rPr>
        <w:t>latinos</w:t>
      </w:r>
      <w:proofErr w:type="spellEnd"/>
      <w:r w:rsidRPr="00BE2AE1">
        <w:rPr>
          <w:rFonts w:ascii="Calibri" w:hAnsi="Calibri" w:cs="Calibri"/>
          <w:b/>
          <w:sz w:val="28"/>
          <w:szCs w:val="28"/>
        </w:rPr>
        <w:t xml:space="preserve"> de </w:t>
      </w:r>
      <w:proofErr w:type="spellStart"/>
      <w:r w:rsidRPr="00BE2AE1">
        <w:rPr>
          <w:rFonts w:ascii="Calibri" w:hAnsi="Calibri" w:cs="Calibri"/>
          <w:b/>
          <w:sz w:val="28"/>
          <w:szCs w:val="28"/>
        </w:rPr>
        <w:t>octubre</w:t>
      </w:r>
      <w:proofErr w:type="spellEnd"/>
      <w:r w:rsidRPr="00BE2AE1">
        <w:rPr>
          <w:rFonts w:ascii="Calibri" w:hAnsi="Calibri" w:cs="Calibri"/>
          <w:b/>
          <w:sz w:val="28"/>
          <w:szCs w:val="28"/>
        </w:rPr>
        <w:t xml:space="preserve"> 2026</w:t>
      </w:r>
    </w:p>
    <w:p w14:paraId="187389DE" w14:textId="77777777" w:rsidR="002A6359" w:rsidRPr="00BE2AE1" w:rsidRDefault="002A6359" w:rsidP="00EA78A8">
      <w:pPr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proofErr w:type="spellStart"/>
      <w:r w:rsidRPr="00BE2AE1">
        <w:rPr>
          <w:rFonts w:ascii="Calibri" w:hAnsi="Calibri" w:cs="Calibri"/>
          <w:sz w:val="28"/>
          <w:szCs w:val="28"/>
        </w:rPr>
        <w:t>Información</w:t>
      </w:r>
      <w:proofErr w:type="spellEnd"/>
      <w:r w:rsidRPr="00BE2AE1">
        <w:rPr>
          <w:rFonts w:ascii="Calibri" w:hAnsi="Calibri" w:cs="Calibri"/>
          <w:sz w:val="28"/>
          <w:szCs w:val="28"/>
        </w:rPr>
        <w:t xml:space="preserve"> del </w:t>
      </w:r>
      <w:proofErr w:type="spellStart"/>
      <w:r w:rsidRPr="00BE2AE1">
        <w:rPr>
          <w:rFonts w:ascii="Calibri" w:hAnsi="Calibri" w:cs="Calibri"/>
          <w:sz w:val="28"/>
          <w:szCs w:val="28"/>
        </w:rPr>
        <w:t>menú</w:t>
      </w:r>
      <w:proofErr w:type="spellEnd"/>
      <w:r w:rsidRPr="00BE2AE1">
        <w:rPr>
          <w:rFonts w:ascii="Calibri" w:hAnsi="Calibri" w:cs="Calibri"/>
          <w:sz w:val="28"/>
          <w:szCs w:val="28"/>
        </w:rPr>
        <w:t xml:space="preserve">: Clave: </w:t>
      </w:r>
      <w:proofErr w:type="spellStart"/>
      <w:r w:rsidRPr="00BE2AE1">
        <w:rPr>
          <w:rFonts w:ascii="Calibri" w:hAnsi="Calibri" w:cs="Calibri"/>
          <w:sz w:val="28"/>
          <w:szCs w:val="28"/>
        </w:rPr>
        <w:t>Calorías</w:t>
      </w:r>
      <w:proofErr w:type="spellEnd"/>
      <w:r w:rsidRPr="00BE2AE1">
        <w:rPr>
          <w:rFonts w:ascii="Calibri" w:hAnsi="Calibri" w:cs="Calibri"/>
          <w:sz w:val="28"/>
          <w:szCs w:val="28"/>
        </w:rPr>
        <w:t xml:space="preserve"> = </w:t>
      </w:r>
      <w:proofErr w:type="spellStart"/>
      <w:r w:rsidRPr="00BE2AE1">
        <w:rPr>
          <w:rFonts w:ascii="Calibri" w:hAnsi="Calibri" w:cs="Calibri"/>
          <w:sz w:val="28"/>
          <w:szCs w:val="28"/>
        </w:rPr>
        <w:t>Calorías</w:t>
      </w:r>
      <w:proofErr w:type="spellEnd"/>
      <w:r w:rsidRPr="00BE2AE1">
        <w:rPr>
          <w:rFonts w:ascii="Calibri" w:hAnsi="Calibri" w:cs="Calibri"/>
          <w:sz w:val="28"/>
          <w:szCs w:val="28"/>
        </w:rPr>
        <w:t xml:space="preserve">, </w:t>
      </w:r>
      <w:proofErr w:type="spellStart"/>
      <w:r w:rsidRPr="00BE2AE1">
        <w:rPr>
          <w:rFonts w:ascii="Calibri" w:hAnsi="Calibri" w:cs="Calibri"/>
          <w:sz w:val="28"/>
          <w:szCs w:val="28"/>
        </w:rPr>
        <w:t>Carbohidratos</w:t>
      </w:r>
      <w:proofErr w:type="spellEnd"/>
      <w:r w:rsidRPr="00BE2AE1">
        <w:rPr>
          <w:rFonts w:ascii="Calibri" w:hAnsi="Calibri" w:cs="Calibri"/>
          <w:sz w:val="28"/>
          <w:szCs w:val="28"/>
        </w:rPr>
        <w:t xml:space="preserve"> = </w:t>
      </w:r>
      <w:proofErr w:type="spellStart"/>
      <w:r w:rsidRPr="00BE2AE1">
        <w:rPr>
          <w:rFonts w:ascii="Calibri" w:hAnsi="Calibri" w:cs="Calibri"/>
          <w:sz w:val="28"/>
          <w:szCs w:val="28"/>
        </w:rPr>
        <w:t>Carbohidratos</w:t>
      </w:r>
      <w:proofErr w:type="spellEnd"/>
      <w:r w:rsidRPr="00BE2AE1">
        <w:rPr>
          <w:rFonts w:ascii="Calibri" w:hAnsi="Calibri" w:cs="Calibri"/>
          <w:sz w:val="28"/>
          <w:szCs w:val="28"/>
        </w:rPr>
        <w:t>, Na = Sodio</w:t>
      </w:r>
      <w:r w:rsidRPr="00BE2AE1">
        <w:rPr>
          <w:rFonts w:ascii="Calibri" w:hAnsi="Calibri" w:cs="Calibri"/>
          <w:sz w:val="28"/>
          <w:szCs w:val="28"/>
        </w:rPr>
        <w:br/>
        <w:t>¿</w:t>
      </w:r>
      <w:proofErr w:type="spellStart"/>
      <w:r w:rsidRPr="00BE2AE1">
        <w:rPr>
          <w:rFonts w:ascii="Calibri" w:hAnsi="Calibri" w:cs="Calibri"/>
          <w:sz w:val="28"/>
          <w:szCs w:val="28"/>
        </w:rPr>
        <w:t>Preguntas</w:t>
      </w:r>
      <w:proofErr w:type="spellEnd"/>
      <w:r w:rsidRPr="00BE2AE1">
        <w:rPr>
          <w:rFonts w:ascii="Calibri" w:hAnsi="Calibri" w:cs="Calibri"/>
          <w:sz w:val="28"/>
          <w:szCs w:val="28"/>
        </w:rPr>
        <w:t xml:space="preserve">? </w:t>
      </w:r>
      <w:proofErr w:type="spellStart"/>
      <w:r w:rsidRPr="00BE2AE1">
        <w:rPr>
          <w:rFonts w:ascii="Calibri" w:hAnsi="Calibri" w:cs="Calibri"/>
          <w:sz w:val="28"/>
          <w:szCs w:val="28"/>
        </w:rPr>
        <w:t>Contacta</w:t>
      </w:r>
      <w:proofErr w:type="spellEnd"/>
      <w:r w:rsidRPr="00BE2AE1">
        <w:rPr>
          <w:rFonts w:ascii="Calibri" w:hAnsi="Calibri" w:cs="Calibri"/>
          <w:sz w:val="28"/>
          <w:szCs w:val="28"/>
        </w:rPr>
        <w:t xml:space="preserve"> con Leigh @ 978-651-3023 </w:t>
      </w:r>
      <w:proofErr w:type="spellStart"/>
      <w:r w:rsidRPr="00BE2AE1">
        <w:rPr>
          <w:rFonts w:ascii="Calibri" w:hAnsi="Calibri" w:cs="Calibri"/>
          <w:sz w:val="28"/>
          <w:szCs w:val="28"/>
        </w:rPr>
        <w:t>o</w:t>
      </w:r>
      <w:proofErr w:type="spellEnd"/>
      <w:r w:rsidRPr="00BE2AE1">
        <w:rPr>
          <w:rFonts w:ascii="Calibri" w:hAnsi="Calibri" w:cs="Calibri"/>
          <w:sz w:val="28"/>
          <w:szCs w:val="28"/>
        </w:rPr>
        <w:t xml:space="preserve"> lhartwell@agespan.org</w:t>
      </w:r>
    </w:p>
    <w:tbl>
      <w:tblPr>
        <w:tblW w:w="11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8"/>
        <w:gridCol w:w="2328"/>
        <w:gridCol w:w="2328"/>
        <w:gridCol w:w="2328"/>
        <w:gridCol w:w="2328"/>
      </w:tblGrid>
      <w:tr w:rsidR="00BE2AE1" w:rsidRPr="00BE2AE1" w14:paraId="5556A9C0" w14:textId="77777777" w:rsidTr="005A3D64">
        <w:trPr>
          <w:trHeight w:val="4700"/>
          <w:jc w:val="center"/>
        </w:trPr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61A9E0" w14:textId="77777777" w:rsidR="002A6359" w:rsidRPr="00BE2AE1" w:rsidRDefault="002A6359" w:rsidP="006B58A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Jueves, 1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1FBECBA5" w14:textId="77777777" w:rsidR="002A6359" w:rsidRPr="00BE2AE1" w:rsidRDefault="002A6359" w:rsidP="006B58A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Beef (Ropa Vieja)</w:t>
            </w:r>
          </w:p>
          <w:p w14:paraId="7597478A" w14:textId="77777777" w:rsidR="002A6359" w:rsidRPr="00BE2AE1" w:rsidRDefault="002A6359" w:rsidP="006B58A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Remolachas</w:t>
            </w:r>
            <w:proofErr w:type="spellEnd"/>
          </w:p>
          <w:p w14:paraId="47A067BA" w14:textId="77777777" w:rsidR="002A6359" w:rsidRPr="00BE2AE1" w:rsidRDefault="002A6359" w:rsidP="006B58A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Arroz con coco</w:t>
            </w:r>
          </w:p>
          <w:p w14:paraId="6FB8284E" w14:textId="77777777" w:rsidR="002A6359" w:rsidRPr="00BE2AE1" w:rsidRDefault="002A6359" w:rsidP="006B58A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Pan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multigrano</w:t>
            </w:r>
            <w:proofErr w:type="spellEnd"/>
          </w:p>
          <w:p w14:paraId="06EF1B18" w14:textId="77777777" w:rsidR="002A6359" w:rsidRPr="00BE2AE1" w:rsidRDefault="002A6359" w:rsidP="006B58A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Cookie</w:t>
            </w:r>
          </w:p>
          <w:p w14:paraId="641F6671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23A9FB62" w14:textId="77777777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830</w:t>
            </w:r>
          </w:p>
          <w:p w14:paraId="4B1D9B85" w14:textId="77777777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90</w:t>
            </w:r>
          </w:p>
          <w:p w14:paraId="43C689E2" w14:textId="49E40AA4" w:rsidR="00BE2AE1" w:rsidRPr="00BE2AE1" w:rsidRDefault="00BE2AE1" w:rsidP="00BE2AE1">
            <w:pPr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1190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7BC43C9" w14:textId="77777777" w:rsidR="002A6359" w:rsidRDefault="002A6359" w:rsidP="00F66E54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Viernes, </w:t>
            </w:r>
          </w:p>
          <w:p w14:paraId="6C816AAE" w14:textId="77777777" w:rsidR="002A6359" w:rsidRPr="00BE2AE1" w:rsidRDefault="002A6359" w:rsidP="00F66E5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2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3BE68E4C" w14:textId="77777777" w:rsidR="002A6359" w:rsidRPr="00BE2AE1" w:rsidRDefault="002A6359" w:rsidP="00F66E5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Tortilla</w:t>
            </w:r>
          </w:p>
          <w:p w14:paraId="16EDC178" w14:textId="77777777" w:rsidR="002A6359" w:rsidRPr="00BE2AE1" w:rsidRDefault="002A6359" w:rsidP="00F66E5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Salchicha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pavo</w:t>
            </w:r>
            <w:proofErr w:type="spellEnd"/>
          </w:p>
          <w:p w14:paraId="3A23D37D" w14:textId="77777777" w:rsidR="002A6359" w:rsidRPr="00BE2AE1" w:rsidRDefault="002A6359" w:rsidP="00F66E5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Plátanos</w:t>
            </w:r>
            <w:proofErr w:type="spellEnd"/>
          </w:p>
          <w:p w14:paraId="0B753369" w14:textId="77777777" w:rsidR="002A6359" w:rsidRPr="00BE2AE1" w:rsidRDefault="002A6359" w:rsidP="00F66E5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Okra</w:t>
            </w:r>
          </w:p>
          <w:p w14:paraId="2A42042F" w14:textId="77777777" w:rsidR="002A6359" w:rsidRPr="00BE2AE1" w:rsidRDefault="002A6359" w:rsidP="00F66E5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Hoja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fruta</w:t>
            </w:r>
            <w:proofErr w:type="spellEnd"/>
          </w:p>
          <w:p w14:paraId="41A74C07" w14:textId="77777777" w:rsidR="002A6359" w:rsidRPr="00BE2AE1" w:rsidRDefault="002A6359" w:rsidP="00F66E5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Fruta</w:t>
            </w:r>
          </w:p>
          <w:p w14:paraId="5A5AEC15" w14:textId="77777777" w:rsidR="00BE2AE1" w:rsidRPr="00BE2AE1" w:rsidRDefault="00BE2AE1" w:rsidP="00BE2AE1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6D1FD398" w14:textId="77777777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1000</w:t>
            </w:r>
          </w:p>
          <w:p w14:paraId="7905529F" w14:textId="77777777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125</w:t>
            </w:r>
          </w:p>
          <w:p w14:paraId="32A47F6A" w14:textId="5C3F86E2" w:rsidR="00BE2AE1" w:rsidRPr="00BE2AE1" w:rsidRDefault="00BE2AE1" w:rsidP="00BE2AE1">
            <w:pPr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985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BB8D6F4" w14:textId="77777777" w:rsidR="00BE2AE1" w:rsidRPr="00BE2AE1" w:rsidRDefault="00BE2AE1" w:rsidP="00BE2AE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D933C3F" w14:textId="4824BDDF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7182BD7" w14:textId="2482C74E" w:rsidR="00BE2AE1" w:rsidRPr="00BE2AE1" w:rsidRDefault="00BE2AE1" w:rsidP="00BE2AE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34EC0" w:rsidRPr="00BE2AE1" w14:paraId="0838C61C" w14:textId="77777777" w:rsidTr="005A3D64">
        <w:trPr>
          <w:trHeight w:val="2427"/>
          <w:jc w:val="center"/>
        </w:trPr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2028AE1" w14:textId="77777777" w:rsidR="002A6359" w:rsidRDefault="002A6359" w:rsidP="00B42B26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Lunes, </w:t>
            </w:r>
          </w:p>
          <w:p w14:paraId="4696A7F7" w14:textId="77777777" w:rsidR="002A6359" w:rsidRPr="00BE2AE1" w:rsidRDefault="002A6359" w:rsidP="00B42B26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5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1CB67A7C" w14:textId="77777777" w:rsidR="002A6359" w:rsidRPr="00BE2AE1" w:rsidRDefault="002A6359" w:rsidP="00B42B26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Pollo y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judías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negras</w:t>
            </w:r>
            <w:proofErr w:type="spellEnd"/>
          </w:p>
          <w:p w14:paraId="1F85B307" w14:textId="77777777" w:rsidR="002A6359" w:rsidRPr="00BE2AE1" w:rsidRDefault="002A6359" w:rsidP="00B42B26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Arroz</w:t>
            </w:r>
          </w:p>
          <w:p w14:paraId="6731CE0F" w14:textId="77777777" w:rsidR="002A6359" w:rsidRPr="00BE2AE1" w:rsidRDefault="002A6359" w:rsidP="00B42B26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Tortilla</w:t>
            </w:r>
          </w:p>
          <w:p w14:paraId="7CBB1054" w14:textId="77777777" w:rsidR="002A6359" w:rsidRPr="00BE2AE1" w:rsidRDefault="002A6359" w:rsidP="00B42B26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Cookie</w:t>
            </w:r>
          </w:p>
          <w:p w14:paraId="124D3155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66A3DE1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730</w:t>
            </w:r>
          </w:p>
          <w:p w14:paraId="24D4BCD4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85</w:t>
            </w:r>
          </w:p>
          <w:p w14:paraId="105CCD90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1045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7C03A4B" w14:textId="77777777" w:rsidR="002A6359" w:rsidRDefault="002A6359" w:rsidP="003375F5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Martes, </w:t>
            </w:r>
          </w:p>
          <w:p w14:paraId="4488FEAD" w14:textId="77777777" w:rsidR="002A6359" w:rsidRPr="00BE2AE1" w:rsidRDefault="002A6359" w:rsidP="003375F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6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569F0BDD" w14:textId="77777777" w:rsidR="002A6359" w:rsidRPr="00BE2AE1" w:rsidRDefault="002A6359" w:rsidP="003375F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Pastel de </w:t>
            </w:r>
            <w:proofErr w:type="gramStart"/>
            <w:r w:rsidRPr="00BE2AE1">
              <w:rPr>
                <w:rFonts w:ascii="Calibri" w:hAnsi="Calibri" w:cs="Calibri"/>
                <w:sz w:val="28"/>
                <w:szCs w:val="28"/>
              </w:rPr>
              <w:t>carne</w:t>
            </w:r>
            <w:proofErr w:type="gramEnd"/>
          </w:p>
          <w:p w14:paraId="2E96EF09" w14:textId="77777777" w:rsidR="002A6359" w:rsidRPr="00BE2AE1" w:rsidRDefault="002A6359" w:rsidP="003375F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Yuca</w:t>
            </w:r>
          </w:p>
          <w:p w14:paraId="6F5CE643" w14:textId="77777777" w:rsidR="002A6359" w:rsidRPr="00BE2AE1" w:rsidRDefault="002A6359" w:rsidP="003375F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Verduras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mixtas</w:t>
            </w:r>
            <w:proofErr w:type="spellEnd"/>
          </w:p>
          <w:p w14:paraId="59FA88CE" w14:textId="77777777" w:rsidR="002A6359" w:rsidRPr="00BE2AE1" w:rsidRDefault="002A6359" w:rsidP="003375F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Pan</w:t>
            </w:r>
          </w:p>
          <w:p w14:paraId="7B5F3966" w14:textId="77777777" w:rsidR="002A6359" w:rsidRPr="00BE2AE1" w:rsidRDefault="002A6359" w:rsidP="003375F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Pudin</w:t>
            </w:r>
          </w:p>
          <w:p w14:paraId="3997E970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13E34535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920</w:t>
            </w:r>
          </w:p>
          <w:p w14:paraId="10E2BBBA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120</w:t>
            </w:r>
          </w:p>
          <w:p w14:paraId="65488E42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760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50D8F09" w14:textId="77777777" w:rsidR="005F09D8" w:rsidRPr="00BE2AE1" w:rsidRDefault="005F09D8" w:rsidP="00F66B27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Miércoles</w:t>
            </w:r>
            <w:proofErr w:type="spellEnd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, 7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7434F088" w14:textId="77777777" w:rsidR="005F09D8" w:rsidRPr="00BE2AE1" w:rsidRDefault="005F09D8" w:rsidP="00F66B27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Perrito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caliente</w:t>
            </w:r>
          </w:p>
          <w:p w14:paraId="2DFC8E50" w14:textId="77777777" w:rsidR="005F09D8" w:rsidRPr="00BE2AE1" w:rsidRDefault="005F09D8" w:rsidP="00F66B27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Frijoles y arroz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horneados</w:t>
            </w:r>
            <w:proofErr w:type="spellEnd"/>
          </w:p>
          <w:p w14:paraId="4CEC651C" w14:textId="77777777" w:rsidR="005F09D8" w:rsidRPr="00BE2AE1" w:rsidRDefault="005F09D8" w:rsidP="00F66B27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Peras</w:t>
            </w:r>
          </w:p>
          <w:p w14:paraId="23EFB90B" w14:textId="77777777" w:rsidR="005F09D8" w:rsidRPr="00BE2AE1" w:rsidRDefault="005F09D8" w:rsidP="00F66B27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Ensalada de col</w:t>
            </w:r>
          </w:p>
          <w:p w14:paraId="3E9A949E" w14:textId="77777777" w:rsidR="005F09D8" w:rsidRPr="00BE2AE1" w:rsidRDefault="005F09D8" w:rsidP="00F66B27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45FFA6DB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7BB0FF1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850</w:t>
            </w:r>
          </w:p>
          <w:p w14:paraId="503705E6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95</w:t>
            </w:r>
          </w:p>
          <w:p w14:paraId="69EA1BCC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1235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D40189E" w14:textId="77777777" w:rsidR="005F09D8" w:rsidRPr="00BE2AE1" w:rsidRDefault="005F09D8" w:rsidP="0059234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Jueves, 8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6EFD1D71" w14:textId="77777777" w:rsidR="005F09D8" w:rsidRPr="00BE2AE1" w:rsidRDefault="005F09D8" w:rsidP="0059234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Pescado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empanizado</w:t>
            </w:r>
            <w:proofErr w:type="spellEnd"/>
          </w:p>
          <w:p w14:paraId="7F5F7328" w14:textId="77777777" w:rsidR="005F09D8" w:rsidRPr="00BE2AE1" w:rsidRDefault="005F09D8" w:rsidP="0059234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Arroz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español</w:t>
            </w:r>
            <w:proofErr w:type="spellEnd"/>
          </w:p>
          <w:p w14:paraId="0BD1B028" w14:textId="77777777" w:rsidR="005F09D8" w:rsidRPr="00BE2AE1" w:rsidRDefault="005F09D8" w:rsidP="0059234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Coliflor</w:t>
            </w:r>
            <w:proofErr w:type="spellEnd"/>
          </w:p>
          <w:p w14:paraId="065FB44B" w14:textId="77777777" w:rsidR="005F09D8" w:rsidRPr="00BE2AE1" w:rsidRDefault="005F09D8" w:rsidP="0059234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Pan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multigrano</w:t>
            </w:r>
            <w:proofErr w:type="spellEnd"/>
          </w:p>
          <w:p w14:paraId="209458D8" w14:textId="77777777" w:rsidR="005F09D8" w:rsidRPr="00BE2AE1" w:rsidRDefault="005F09D8" w:rsidP="0059234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Compota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de manzana</w:t>
            </w:r>
          </w:p>
          <w:p w14:paraId="5CE47946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440D5363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750</w:t>
            </w:r>
          </w:p>
          <w:p w14:paraId="4E44D874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100</w:t>
            </w:r>
          </w:p>
          <w:p w14:paraId="4230ABAA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925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58949CF" w14:textId="77777777" w:rsidR="005F09D8" w:rsidRDefault="005F09D8" w:rsidP="00B33D0A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Viernes, </w:t>
            </w:r>
          </w:p>
          <w:p w14:paraId="5EE16F20" w14:textId="77777777" w:rsidR="005F09D8" w:rsidRPr="00BE2AE1" w:rsidRDefault="005F09D8" w:rsidP="00B33D0A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9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0971122B" w14:textId="77777777" w:rsidR="005F09D8" w:rsidRPr="00BE2AE1" w:rsidRDefault="005F09D8" w:rsidP="00B33D0A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Alfredo Pasta con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setas</w:t>
            </w:r>
            <w:proofErr w:type="spellEnd"/>
          </w:p>
          <w:p w14:paraId="51D2B28B" w14:textId="77777777" w:rsidR="005F09D8" w:rsidRPr="00BE2AE1" w:rsidRDefault="005F09D8" w:rsidP="00B33D0A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Guisantes</w:t>
            </w:r>
            <w:proofErr w:type="spellEnd"/>
          </w:p>
          <w:p w14:paraId="1B185DCF" w14:textId="77777777" w:rsidR="005F09D8" w:rsidRPr="00BE2AE1" w:rsidRDefault="005F09D8" w:rsidP="00B33D0A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Pan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avena</w:t>
            </w:r>
            <w:proofErr w:type="spellEnd"/>
          </w:p>
          <w:p w14:paraId="10D3837A" w14:textId="77777777" w:rsidR="005F09D8" w:rsidRPr="00BE2AE1" w:rsidRDefault="005F09D8" w:rsidP="00B33D0A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Mandarines</w:t>
            </w:r>
            <w:proofErr w:type="spellEnd"/>
          </w:p>
          <w:p w14:paraId="5C383A9C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742D6B8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570</w:t>
            </w:r>
          </w:p>
          <w:p w14:paraId="0D8319B9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80</w:t>
            </w:r>
          </w:p>
          <w:p w14:paraId="797E9576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680</w:t>
            </w:r>
          </w:p>
        </w:tc>
      </w:tr>
      <w:tr w:rsidR="00534EC0" w:rsidRPr="00BE2AE1" w14:paraId="4312E0DD" w14:textId="77777777" w:rsidTr="005A3D64">
        <w:trPr>
          <w:trHeight w:val="2427"/>
          <w:jc w:val="center"/>
        </w:trPr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631F576" w14:textId="77777777" w:rsidR="005F09D8" w:rsidRDefault="005F09D8" w:rsidP="00792A08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 xml:space="preserve">Lunes, </w:t>
            </w:r>
          </w:p>
          <w:p w14:paraId="35A292EC" w14:textId="77777777" w:rsidR="005F09D8" w:rsidRPr="00BE2AE1" w:rsidRDefault="005F09D8" w:rsidP="00792A08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12 </w:t>
            </w:r>
            <w:proofErr w:type="gram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  <w:proofErr w:type="gramEnd"/>
          </w:p>
          <w:p w14:paraId="38EB4685" w14:textId="77777777" w:rsidR="005F09D8" w:rsidRPr="00BE2AE1" w:rsidRDefault="005F09D8" w:rsidP="005F09D8">
            <w:pPr>
              <w:pStyle w:val="ListParagraph"/>
              <w:tabs>
                <w:tab w:val="num" w:pos="720"/>
              </w:tabs>
              <w:spacing w:after="40" w:line="252" w:lineRule="auto"/>
              <w:ind w:hanging="720"/>
              <w:rPr>
                <w:rFonts w:ascii="Calibri" w:hAnsi="Calibri" w:cs="Calibri"/>
                <w:bCs/>
                <w:sz w:val="28"/>
                <w:szCs w:val="28"/>
              </w:rPr>
            </w:pPr>
            <w:r w:rsidRPr="00BE2AE1">
              <w:rPr>
                <w:rFonts w:ascii="Calibri" w:hAnsi="Calibri" w:cs="Calibri"/>
                <w:bCs/>
                <w:sz w:val="28"/>
                <w:szCs w:val="28"/>
              </w:rPr>
              <w:t xml:space="preserve">Sin </w:t>
            </w:r>
            <w:proofErr w:type="spellStart"/>
            <w:r w:rsidRPr="00BE2AE1">
              <w:rPr>
                <w:rFonts w:ascii="Calibri" w:hAnsi="Calibri" w:cs="Calibri"/>
                <w:bCs/>
                <w:sz w:val="28"/>
                <w:szCs w:val="28"/>
              </w:rPr>
              <w:t>comidas</w:t>
            </w:r>
            <w:proofErr w:type="spellEnd"/>
          </w:p>
          <w:p w14:paraId="5E9484C3" w14:textId="34FD2D8A" w:rsidR="00534EC0" w:rsidRPr="00BE2AE1" w:rsidRDefault="005F09D8" w:rsidP="00BE2AE1">
            <w:pPr>
              <w:pStyle w:val="ListParagraph"/>
              <w:numPr>
                <w:ilvl w:val="0"/>
                <w:numId w:val="10"/>
              </w:num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Cs/>
                <w:sz w:val="28"/>
                <w:szCs w:val="28"/>
              </w:rPr>
              <w:t xml:space="preserve">Día de </w:t>
            </w:r>
            <w:proofErr w:type="spellStart"/>
            <w:r w:rsidRPr="00BE2AE1">
              <w:rPr>
                <w:rFonts w:ascii="Calibri" w:hAnsi="Calibri" w:cs="Calibri"/>
                <w:bCs/>
                <w:sz w:val="28"/>
                <w:szCs w:val="28"/>
              </w:rPr>
              <w:t>los</w:t>
            </w:r>
            <w:proofErr w:type="spellEnd"/>
            <w:r w:rsidRPr="00BE2AE1">
              <w:rPr>
                <w:rFonts w:ascii="Calibri" w:hAnsi="Calibri" w:cs="Calibri"/>
                <w:bCs/>
                <w:sz w:val="28"/>
                <w:szCs w:val="28"/>
              </w:rPr>
              <w:t xml:space="preserve"> Pueblos </w:t>
            </w:r>
            <w:proofErr w:type="spellStart"/>
            <w:r w:rsidRPr="00BE2AE1">
              <w:rPr>
                <w:rFonts w:ascii="Calibri" w:hAnsi="Calibri" w:cs="Calibri"/>
                <w:bCs/>
                <w:sz w:val="28"/>
                <w:szCs w:val="28"/>
              </w:rPr>
              <w:t>Indígenas</w:t>
            </w:r>
            <w:proofErr w:type="spellEnd"/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74AF52C" w14:textId="77777777" w:rsidR="005F09D8" w:rsidRDefault="005F09D8" w:rsidP="00B2006F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Martes, </w:t>
            </w:r>
          </w:p>
          <w:p w14:paraId="11ACA361" w14:textId="77777777" w:rsidR="005F09D8" w:rsidRPr="00BE2AE1" w:rsidRDefault="005F09D8" w:rsidP="00B2006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13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27048699" w14:textId="77777777" w:rsidR="005F09D8" w:rsidRPr="00BE2AE1" w:rsidRDefault="005F09D8" w:rsidP="00B2006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Pollo con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miel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y ajo</w:t>
            </w:r>
          </w:p>
          <w:p w14:paraId="73AC648F" w14:textId="77777777" w:rsidR="005F09D8" w:rsidRPr="00BE2AE1" w:rsidRDefault="005F09D8" w:rsidP="00B2006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Arroz y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guisantes</w:t>
            </w:r>
            <w:proofErr w:type="spellEnd"/>
          </w:p>
          <w:p w14:paraId="379ABF01" w14:textId="77777777" w:rsidR="005F09D8" w:rsidRPr="00BE2AE1" w:rsidRDefault="005F09D8" w:rsidP="00B2006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Remolachas</w:t>
            </w:r>
            <w:proofErr w:type="spellEnd"/>
          </w:p>
          <w:p w14:paraId="469E6959" w14:textId="77777777" w:rsidR="005F09D8" w:rsidRPr="00BE2AE1" w:rsidRDefault="005F09D8" w:rsidP="00B2006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Pan bajo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en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sodio</w:t>
            </w:r>
          </w:p>
          <w:p w14:paraId="463C48F5" w14:textId="77777777" w:rsidR="005F09D8" w:rsidRPr="00BE2AE1" w:rsidRDefault="005F09D8" w:rsidP="00B2006F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Piña</w:t>
            </w:r>
          </w:p>
          <w:p w14:paraId="70B3218C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231ADED0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630</w:t>
            </w:r>
          </w:p>
          <w:p w14:paraId="58E29B3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90</w:t>
            </w:r>
          </w:p>
          <w:p w14:paraId="08697C0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900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C8F4E2E" w14:textId="77777777" w:rsidR="0055587C" w:rsidRPr="00BE2AE1" w:rsidRDefault="0055587C" w:rsidP="00706AED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Miércoles</w:t>
            </w:r>
            <w:proofErr w:type="spellEnd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, 14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40B70D22" w14:textId="77777777" w:rsidR="0055587C" w:rsidRPr="00BE2AE1" w:rsidRDefault="0055587C" w:rsidP="00706AED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Estofado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ternera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y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verduras</w:t>
            </w:r>
            <w:proofErr w:type="spellEnd"/>
          </w:p>
          <w:p w14:paraId="497FA3B3" w14:textId="77777777" w:rsidR="0055587C" w:rsidRPr="00BE2AE1" w:rsidRDefault="0055587C" w:rsidP="00706AED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Arroz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blanco</w:t>
            </w:r>
            <w:proofErr w:type="spellEnd"/>
          </w:p>
          <w:p w14:paraId="40B7D568" w14:textId="77777777" w:rsidR="0055587C" w:rsidRPr="00BE2AE1" w:rsidRDefault="0055587C" w:rsidP="00706AED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Pan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maíz</w:t>
            </w:r>
            <w:proofErr w:type="spellEnd"/>
          </w:p>
          <w:p w14:paraId="6782C647" w14:textId="77777777" w:rsidR="0055587C" w:rsidRPr="00BE2AE1" w:rsidRDefault="0055587C" w:rsidP="00706AED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Gelatina</w:t>
            </w:r>
            <w:proofErr w:type="spellEnd"/>
          </w:p>
          <w:p w14:paraId="62F9885B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19F0E413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730</w:t>
            </w:r>
          </w:p>
          <w:p w14:paraId="496A7EA6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85</w:t>
            </w:r>
          </w:p>
          <w:p w14:paraId="158986AA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755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FE42419" w14:textId="77777777" w:rsidR="0055587C" w:rsidRPr="00BE2AE1" w:rsidRDefault="0055587C" w:rsidP="00413E6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Jueves, 15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7E49AAD2" w14:textId="77777777" w:rsidR="0055587C" w:rsidRPr="00BE2AE1" w:rsidRDefault="0055587C" w:rsidP="00413E6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Aniversario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: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Sándwich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Italiano</w:t>
            </w:r>
          </w:p>
          <w:p w14:paraId="6B2B2F06" w14:textId="77777777" w:rsidR="0055587C" w:rsidRPr="00BE2AE1" w:rsidRDefault="0055587C" w:rsidP="00413E6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Ensalada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huerto</w:t>
            </w:r>
            <w:proofErr w:type="spellEnd"/>
          </w:p>
          <w:p w14:paraId="72B7F961" w14:textId="77777777" w:rsidR="0055587C" w:rsidRPr="00BE2AE1" w:rsidRDefault="0055587C" w:rsidP="00413E6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Ensalada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judías</w:t>
            </w:r>
            <w:proofErr w:type="spellEnd"/>
          </w:p>
          <w:p w14:paraId="16E6F65A" w14:textId="77777777" w:rsidR="0055587C" w:rsidRPr="00BE2AE1" w:rsidRDefault="0055587C" w:rsidP="00413E6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Roll</w:t>
            </w:r>
          </w:p>
          <w:p w14:paraId="358594C4" w14:textId="77777777" w:rsidR="0055587C" w:rsidRPr="00BE2AE1" w:rsidRDefault="0055587C" w:rsidP="00413E6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Pastel</w:t>
            </w:r>
          </w:p>
          <w:p w14:paraId="0E96DFC1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4D12AC1B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790</w:t>
            </w:r>
          </w:p>
          <w:p w14:paraId="60615C1A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85</w:t>
            </w:r>
          </w:p>
          <w:p w14:paraId="1217388D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1410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4491EE1" w14:textId="77777777" w:rsidR="0055587C" w:rsidRDefault="0055587C" w:rsidP="001D4569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Viernes, </w:t>
            </w:r>
          </w:p>
          <w:p w14:paraId="74326A50" w14:textId="77777777" w:rsidR="0055587C" w:rsidRPr="00BE2AE1" w:rsidRDefault="0055587C" w:rsidP="001D456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16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4D257154" w14:textId="77777777" w:rsidR="0055587C" w:rsidRPr="00BE2AE1" w:rsidRDefault="0055587C" w:rsidP="001D456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Picadillo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pavo</w:t>
            </w:r>
            <w:proofErr w:type="spellEnd"/>
          </w:p>
          <w:p w14:paraId="30797D81" w14:textId="77777777" w:rsidR="0055587C" w:rsidRPr="00BE2AE1" w:rsidRDefault="0055587C" w:rsidP="001D456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Arroz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amarillo</w:t>
            </w:r>
            <w:proofErr w:type="spellEnd"/>
          </w:p>
          <w:p w14:paraId="3FD09D79" w14:textId="77777777" w:rsidR="0055587C" w:rsidRPr="00BE2AE1" w:rsidRDefault="0055587C" w:rsidP="001D456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Pan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avena</w:t>
            </w:r>
            <w:proofErr w:type="spellEnd"/>
          </w:p>
          <w:p w14:paraId="4135FC1B" w14:textId="77777777" w:rsidR="0055587C" w:rsidRPr="00BE2AE1" w:rsidRDefault="0055587C" w:rsidP="001D456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Fruta</w:t>
            </w:r>
          </w:p>
          <w:p w14:paraId="05876DB8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788D0C9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575</w:t>
            </w:r>
          </w:p>
          <w:p w14:paraId="16BE778E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80</w:t>
            </w:r>
          </w:p>
          <w:p w14:paraId="23FD2F78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530</w:t>
            </w:r>
          </w:p>
        </w:tc>
      </w:tr>
      <w:tr w:rsidR="00534EC0" w:rsidRPr="00BE2AE1" w14:paraId="5971AD31" w14:textId="77777777" w:rsidTr="005A3D64">
        <w:trPr>
          <w:trHeight w:val="2427"/>
          <w:jc w:val="center"/>
        </w:trPr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A4D837E" w14:textId="77777777" w:rsidR="004D0EDB" w:rsidRDefault="004D0EDB" w:rsidP="00620974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Lunes, </w:t>
            </w:r>
          </w:p>
          <w:p w14:paraId="2ABA4521" w14:textId="77777777" w:rsidR="004D0EDB" w:rsidRPr="00BE2AE1" w:rsidRDefault="004D0EDB" w:rsidP="0062097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19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46FAB9FC" w14:textId="77777777" w:rsidR="004D0EDB" w:rsidRPr="00BE2AE1" w:rsidRDefault="004D0EDB" w:rsidP="0062097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Turquía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Guisado</w:t>
            </w:r>
          </w:p>
          <w:p w14:paraId="1BBDDED4" w14:textId="77777777" w:rsidR="004D0EDB" w:rsidRPr="00BE2AE1" w:rsidRDefault="004D0EDB" w:rsidP="0062097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Yuca</w:t>
            </w:r>
          </w:p>
          <w:p w14:paraId="5E1A1C2B" w14:textId="77777777" w:rsidR="004D0EDB" w:rsidRPr="00BE2AE1" w:rsidRDefault="004D0EDB" w:rsidP="0062097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Judías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verdes</w:t>
            </w:r>
            <w:proofErr w:type="spellEnd"/>
          </w:p>
          <w:p w14:paraId="2AB77D75" w14:textId="77777777" w:rsidR="004D0EDB" w:rsidRDefault="004D0EDB" w:rsidP="0062097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Bajo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contenido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de sodio</w:t>
            </w:r>
          </w:p>
          <w:p w14:paraId="5C54B131" w14:textId="77777777" w:rsidR="004D0EDB" w:rsidRPr="00BE2AE1" w:rsidRDefault="004D0EDB" w:rsidP="0062097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Pan</w:t>
            </w:r>
          </w:p>
          <w:p w14:paraId="381E8DC7" w14:textId="77777777" w:rsidR="004D0EDB" w:rsidRPr="00BE2AE1" w:rsidRDefault="004D0EDB" w:rsidP="0062097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Fruta</w:t>
            </w:r>
          </w:p>
          <w:p w14:paraId="11884648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3FCF0A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620</w:t>
            </w:r>
          </w:p>
          <w:p w14:paraId="09A90EDD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105</w:t>
            </w:r>
          </w:p>
          <w:p w14:paraId="35ABDFBF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900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8E7BAC9" w14:textId="77777777" w:rsidR="004D0EDB" w:rsidRDefault="004D0EDB" w:rsidP="00F70A35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Martes, </w:t>
            </w:r>
          </w:p>
          <w:p w14:paraId="2CF5749B" w14:textId="77777777" w:rsidR="004D0EDB" w:rsidRPr="00BE2AE1" w:rsidRDefault="004D0EDB" w:rsidP="00F70A3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20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5F873200" w14:textId="77777777" w:rsidR="004D0EDB" w:rsidRPr="00BE2AE1" w:rsidRDefault="004D0EDB" w:rsidP="00F70A3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Pasta y salsa de carne</w:t>
            </w:r>
          </w:p>
          <w:p w14:paraId="60962614" w14:textId="77777777" w:rsidR="004D0EDB" w:rsidRPr="00BE2AE1" w:rsidRDefault="004D0EDB" w:rsidP="00F70A3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Coliflor</w:t>
            </w:r>
            <w:proofErr w:type="spellEnd"/>
          </w:p>
          <w:p w14:paraId="7B3FC5AC" w14:textId="77777777" w:rsidR="004D0EDB" w:rsidRPr="00BE2AE1" w:rsidRDefault="004D0EDB" w:rsidP="00F70A3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Rollo de ajo</w:t>
            </w:r>
          </w:p>
          <w:p w14:paraId="588F53B7" w14:textId="77777777" w:rsidR="004D0EDB" w:rsidRPr="00BE2AE1" w:rsidRDefault="004D0EDB" w:rsidP="00F70A3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Pudin</w:t>
            </w:r>
          </w:p>
          <w:p w14:paraId="708DC9D5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0A84F681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780</w:t>
            </w:r>
          </w:p>
          <w:p w14:paraId="29F16BBC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95</w:t>
            </w:r>
          </w:p>
          <w:p w14:paraId="2DBEDFF8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1000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D86425" w14:textId="77777777" w:rsidR="004D0EDB" w:rsidRPr="00BE2AE1" w:rsidRDefault="004D0EDB" w:rsidP="0079441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Miércoles</w:t>
            </w:r>
            <w:proofErr w:type="spellEnd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, 21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6A86AF17" w14:textId="77777777" w:rsidR="004D0EDB" w:rsidRPr="00BE2AE1" w:rsidRDefault="004D0EDB" w:rsidP="0079441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Pollo al ajo y lima</w:t>
            </w:r>
          </w:p>
          <w:p w14:paraId="4BF7E26A" w14:textId="77777777" w:rsidR="004D0EDB" w:rsidRPr="00BE2AE1" w:rsidRDefault="004D0EDB" w:rsidP="0079441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Batata</w:t>
            </w:r>
          </w:p>
          <w:p w14:paraId="7FB5ED45" w14:textId="77777777" w:rsidR="004D0EDB" w:rsidRPr="00BE2AE1" w:rsidRDefault="004D0EDB" w:rsidP="0079441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Guisantes</w:t>
            </w:r>
            <w:proofErr w:type="spellEnd"/>
          </w:p>
          <w:p w14:paraId="015C7E6F" w14:textId="77777777" w:rsidR="004D0EDB" w:rsidRPr="00BE2AE1" w:rsidRDefault="004D0EDB" w:rsidP="0079441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Mandarines</w:t>
            </w:r>
            <w:proofErr w:type="spellEnd"/>
          </w:p>
          <w:p w14:paraId="546B204B" w14:textId="77777777" w:rsidR="004D0EDB" w:rsidRPr="00BE2AE1" w:rsidRDefault="004D0EDB" w:rsidP="00794414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Pan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multigrano</w:t>
            </w:r>
            <w:proofErr w:type="spellEnd"/>
          </w:p>
          <w:p w14:paraId="5124DE3C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0E6E81B0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730</w:t>
            </w:r>
          </w:p>
          <w:p w14:paraId="4071EF4A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90</w:t>
            </w:r>
          </w:p>
          <w:p w14:paraId="6DF5C61E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940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01C3F67" w14:textId="77777777" w:rsidR="004D0EDB" w:rsidRPr="00BE2AE1" w:rsidRDefault="004D0EDB" w:rsidP="002B532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Jueves, 22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46B91029" w14:textId="77777777" w:rsidR="004D0EDB" w:rsidRPr="00BE2AE1" w:rsidRDefault="004D0EDB" w:rsidP="002B532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Cerdo y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berenjena</w:t>
            </w:r>
            <w:proofErr w:type="spellEnd"/>
          </w:p>
          <w:p w14:paraId="44ADC225" w14:textId="77777777" w:rsidR="004D0EDB" w:rsidRPr="00BE2AE1" w:rsidRDefault="004D0EDB" w:rsidP="002B532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Nogal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mantequilla</w:t>
            </w:r>
            <w:proofErr w:type="spellEnd"/>
          </w:p>
          <w:p w14:paraId="58FDE9B2" w14:textId="77777777" w:rsidR="004D0EDB" w:rsidRPr="00BE2AE1" w:rsidRDefault="004D0EDB" w:rsidP="002B532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Coles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Bruselas</w:t>
            </w:r>
            <w:proofErr w:type="spellEnd"/>
          </w:p>
          <w:p w14:paraId="1FFB2CDB" w14:textId="77777777" w:rsidR="004D0EDB" w:rsidRPr="00BE2AE1" w:rsidRDefault="004D0EDB" w:rsidP="002B532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Productos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horneados</w:t>
            </w:r>
            <w:proofErr w:type="spellEnd"/>
          </w:p>
          <w:p w14:paraId="01F48336" w14:textId="77777777" w:rsidR="004D0EDB" w:rsidRPr="00BE2AE1" w:rsidRDefault="004D0EDB" w:rsidP="002B532C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Panecillo</w:t>
            </w:r>
            <w:proofErr w:type="spellEnd"/>
          </w:p>
          <w:p w14:paraId="26C175F0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66D62D9C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905</w:t>
            </w:r>
          </w:p>
          <w:p w14:paraId="41A0A711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115</w:t>
            </w:r>
          </w:p>
          <w:p w14:paraId="4B361882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1000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CF0B7CD" w14:textId="77777777" w:rsidR="004D0EDB" w:rsidRDefault="004D0EDB" w:rsidP="00C43CC0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Viernes, </w:t>
            </w:r>
          </w:p>
          <w:p w14:paraId="59C7EF57" w14:textId="77777777" w:rsidR="004D0EDB" w:rsidRPr="00BE2AE1" w:rsidRDefault="004D0EDB" w:rsidP="00C43C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23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6635BB76" w14:textId="77777777" w:rsidR="004D0EDB" w:rsidRPr="00BE2AE1" w:rsidRDefault="004D0EDB" w:rsidP="00C43C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Pez ajo y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limón</w:t>
            </w:r>
            <w:proofErr w:type="spellEnd"/>
          </w:p>
          <w:p w14:paraId="36659C6C" w14:textId="77777777" w:rsidR="004D0EDB" w:rsidRPr="00BE2AE1" w:rsidRDefault="004D0EDB" w:rsidP="00C43C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Arroz y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judías</w:t>
            </w:r>
            <w:proofErr w:type="spellEnd"/>
          </w:p>
          <w:p w14:paraId="732EAD0E" w14:textId="77777777" w:rsidR="004D0EDB" w:rsidRPr="00BE2AE1" w:rsidRDefault="004D0EDB" w:rsidP="00C43C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Remolachas</w:t>
            </w:r>
            <w:proofErr w:type="spellEnd"/>
          </w:p>
          <w:p w14:paraId="60B1D969" w14:textId="77777777" w:rsidR="004D0EDB" w:rsidRPr="00BE2AE1" w:rsidRDefault="004D0EDB" w:rsidP="00C43C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Pan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avena</w:t>
            </w:r>
            <w:proofErr w:type="spellEnd"/>
          </w:p>
          <w:p w14:paraId="21EE7D91" w14:textId="77777777" w:rsidR="004D0EDB" w:rsidRPr="00BE2AE1" w:rsidRDefault="004D0EDB" w:rsidP="00C43C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Compota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de manzana</w:t>
            </w:r>
          </w:p>
          <w:p w14:paraId="33603290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0C809E60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620</w:t>
            </w:r>
          </w:p>
          <w:p w14:paraId="3D48771B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65</w:t>
            </w:r>
          </w:p>
          <w:p w14:paraId="200E236C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790</w:t>
            </w:r>
          </w:p>
        </w:tc>
      </w:tr>
      <w:tr w:rsidR="00534EC0" w:rsidRPr="00BE2AE1" w14:paraId="70D14346" w14:textId="77777777" w:rsidTr="005A3D64">
        <w:trPr>
          <w:trHeight w:val="1294"/>
          <w:jc w:val="center"/>
        </w:trPr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3FEBA79" w14:textId="77777777" w:rsidR="004D0EDB" w:rsidRDefault="004D0EDB" w:rsidP="009B2F0D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Lunes, </w:t>
            </w:r>
          </w:p>
          <w:p w14:paraId="6E449E81" w14:textId="77777777" w:rsidR="004D0EDB" w:rsidRPr="00BE2AE1" w:rsidRDefault="004D0EDB" w:rsidP="009B2F0D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26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59819FF1" w14:textId="77777777" w:rsidR="004D0EDB" w:rsidRPr="00BE2AE1" w:rsidRDefault="004D0EDB" w:rsidP="009B2F0D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Pastelón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ternera</w:t>
            </w:r>
            <w:proofErr w:type="spellEnd"/>
          </w:p>
          <w:p w14:paraId="5CE1BBBD" w14:textId="77777777" w:rsidR="004D0EDB" w:rsidRPr="00BE2AE1" w:rsidRDefault="004D0EDB" w:rsidP="009B2F0D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Berry Crisp</w:t>
            </w:r>
          </w:p>
          <w:p w14:paraId="5AEC1DAC" w14:textId="77777777" w:rsidR="004D0EDB" w:rsidRPr="00BE2AE1" w:rsidRDefault="004D0EDB" w:rsidP="009B2F0D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Pan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maíz</w:t>
            </w:r>
            <w:proofErr w:type="spellEnd"/>
          </w:p>
          <w:p w14:paraId="2F3B2B6C" w14:textId="77777777" w:rsidR="004D0EDB" w:rsidRPr="00BE2AE1" w:rsidRDefault="004D0EDB" w:rsidP="009B2F0D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lastRenderedPageBreak/>
              <w:t xml:space="preserve">• Ensalada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maíz</w:t>
            </w:r>
            <w:proofErr w:type="spellEnd"/>
          </w:p>
          <w:p w14:paraId="1CBC6362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023D6AB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1245</w:t>
            </w:r>
          </w:p>
          <w:p w14:paraId="0933A63B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125</w:t>
            </w:r>
          </w:p>
          <w:p w14:paraId="1D7CDE4F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900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BA5601F" w14:textId="77777777" w:rsidR="004D0EDB" w:rsidRDefault="004D0EDB" w:rsidP="00C856D9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 xml:space="preserve">Martes, </w:t>
            </w:r>
          </w:p>
          <w:p w14:paraId="42657F3F" w14:textId="77777777" w:rsidR="004D0EDB" w:rsidRPr="00BE2AE1" w:rsidRDefault="004D0EDB" w:rsidP="00C856D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27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4ACF62A3" w14:textId="77777777" w:rsidR="004D0EDB" w:rsidRPr="00BE2AE1" w:rsidRDefault="004D0EDB" w:rsidP="00C856D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Pollo con arroz</w:t>
            </w:r>
          </w:p>
          <w:p w14:paraId="1107DD63" w14:textId="77777777" w:rsidR="004D0EDB" w:rsidRPr="00BE2AE1" w:rsidRDefault="004D0EDB" w:rsidP="00C856D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Guisantes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y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zanahorias</w:t>
            </w:r>
            <w:proofErr w:type="spellEnd"/>
          </w:p>
          <w:p w14:paraId="75C4CE17" w14:textId="77777777" w:rsidR="004D0EDB" w:rsidRPr="00BE2AE1" w:rsidRDefault="004D0EDB" w:rsidP="00C856D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Galleta</w:t>
            </w:r>
          </w:p>
          <w:p w14:paraId="1A23523A" w14:textId="77777777" w:rsidR="004D0EDB" w:rsidRPr="00BE2AE1" w:rsidRDefault="004D0EDB" w:rsidP="00C856D9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lastRenderedPageBreak/>
              <w:t>• Fruta</w:t>
            </w:r>
          </w:p>
          <w:p w14:paraId="4434490F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24E38D6E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760</w:t>
            </w:r>
          </w:p>
          <w:p w14:paraId="48B58BA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100</w:t>
            </w:r>
          </w:p>
          <w:p w14:paraId="77BB6593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1105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4AB916F" w14:textId="77777777" w:rsidR="004D0EDB" w:rsidRPr="00BE2AE1" w:rsidRDefault="004D0EDB" w:rsidP="00681E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>Miércoles</w:t>
            </w:r>
            <w:proofErr w:type="spellEnd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, 28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14F701E7" w14:textId="77777777" w:rsidR="004D0EDB" w:rsidRPr="00BE2AE1" w:rsidRDefault="004D0EDB" w:rsidP="00681E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Jamón y queso</w:t>
            </w:r>
          </w:p>
          <w:p w14:paraId="6310C5B2" w14:textId="77777777" w:rsidR="004D0EDB" w:rsidRPr="00BE2AE1" w:rsidRDefault="004D0EDB" w:rsidP="00681E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Ensalada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patata</w:t>
            </w:r>
            <w:proofErr w:type="spellEnd"/>
          </w:p>
          <w:p w14:paraId="157D2225" w14:textId="77777777" w:rsidR="004D0EDB" w:rsidRPr="00BE2AE1" w:rsidRDefault="004D0EDB" w:rsidP="00681E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lastRenderedPageBreak/>
              <w:t xml:space="preserve">• Ensalada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huerto</w:t>
            </w:r>
            <w:proofErr w:type="spellEnd"/>
          </w:p>
          <w:p w14:paraId="7C93AF2B" w14:textId="77777777" w:rsidR="004D0EDB" w:rsidRDefault="004D0EDB" w:rsidP="00681E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Bajo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en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sodio</w:t>
            </w:r>
          </w:p>
          <w:p w14:paraId="48B3FAA2" w14:textId="77777777" w:rsidR="004D0EDB" w:rsidRPr="00BE2AE1" w:rsidRDefault="004D0EDB" w:rsidP="00681E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Pan</w:t>
            </w:r>
          </w:p>
          <w:p w14:paraId="3BA2F5FD" w14:textId="77777777" w:rsidR="004D0EDB" w:rsidRPr="00BE2AE1" w:rsidRDefault="004D0EDB" w:rsidP="00681E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Yogur</w:t>
            </w:r>
            <w:proofErr w:type="spellEnd"/>
          </w:p>
          <w:p w14:paraId="75C3BC48" w14:textId="77777777" w:rsidR="004D0EDB" w:rsidRPr="00BE2AE1" w:rsidRDefault="004D0EDB" w:rsidP="00681E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Zumo</w:t>
            </w:r>
          </w:p>
          <w:p w14:paraId="20C4F21E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E893DDE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530</w:t>
            </w:r>
          </w:p>
          <w:p w14:paraId="321746BD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85</w:t>
            </w:r>
          </w:p>
          <w:p w14:paraId="42019960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1060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205784E" w14:textId="77777777" w:rsidR="004D0EDB" w:rsidRPr="00BE2AE1" w:rsidRDefault="004D0EDB" w:rsidP="000C1C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 xml:space="preserve">Jueves, 29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46E50939" w14:textId="77777777" w:rsidR="004D0EDB" w:rsidRPr="00BE2AE1" w:rsidRDefault="004D0EDB" w:rsidP="000C1C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Ternera con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cebolla</w:t>
            </w:r>
            <w:proofErr w:type="spellEnd"/>
          </w:p>
          <w:p w14:paraId="5B9FB515" w14:textId="77777777" w:rsidR="004D0EDB" w:rsidRPr="00BE2AE1" w:rsidRDefault="004D0EDB" w:rsidP="000C1C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Arroz integral</w:t>
            </w:r>
          </w:p>
          <w:p w14:paraId="18F2DD9E" w14:textId="77777777" w:rsidR="004D0EDB" w:rsidRPr="00BE2AE1" w:rsidRDefault="004D0EDB" w:rsidP="000C1C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Pan WW</w:t>
            </w:r>
          </w:p>
          <w:p w14:paraId="382CBAF5" w14:textId="77777777" w:rsidR="004D0EDB" w:rsidRPr="00BE2AE1" w:rsidRDefault="004D0EDB" w:rsidP="000C1C8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lastRenderedPageBreak/>
              <w:t>• Fruta</w:t>
            </w:r>
          </w:p>
          <w:p w14:paraId="79CBDC6D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1CD43836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790</w:t>
            </w:r>
          </w:p>
          <w:p w14:paraId="147D37C7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85</w:t>
            </w:r>
          </w:p>
          <w:p w14:paraId="22D17DB3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630</w:t>
            </w:r>
          </w:p>
        </w:tc>
        <w:tc>
          <w:tcPr>
            <w:tcW w:w="2328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541BF47" w14:textId="77777777" w:rsidR="004D0EDB" w:rsidRDefault="004D0EDB" w:rsidP="00836425">
            <w:pPr>
              <w:spacing w:after="40" w:line="252" w:lineRule="auto"/>
              <w:rPr>
                <w:rFonts w:ascii="Calibri" w:hAnsi="Calibri" w:cs="Calibri"/>
                <w:b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lastRenderedPageBreak/>
              <w:t xml:space="preserve">Viernes, </w:t>
            </w:r>
          </w:p>
          <w:p w14:paraId="3653E162" w14:textId="77777777" w:rsidR="004D0EDB" w:rsidRPr="00BE2AE1" w:rsidRDefault="004D0EDB" w:rsidP="0083642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 xml:space="preserve">30 de </w:t>
            </w:r>
            <w:proofErr w:type="spellStart"/>
            <w:r w:rsidRPr="00BE2AE1">
              <w:rPr>
                <w:rFonts w:ascii="Calibri" w:hAnsi="Calibri" w:cs="Calibri"/>
                <w:b/>
                <w:sz w:val="28"/>
                <w:szCs w:val="28"/>
              </w:rPr>
              <w:t>octubre</w:t>
            </w:r>
            <w:proofErr w:type="spellEnd"/>
          </w:p>
          <w:p w14:paraId="4AFA373B" w14:textId="77777777" w:rsidR="004D0EDB" w:rsidRPr="00BE2AE1" w:rsidRDefault="004D0EDB" w:rsidP="0083642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Albóndigas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y salsa de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tomate</w:t>
            </w:r>
            <w:proofErr w:type="spellEnd"/>
            <w:r w:rsidRPr="00BE2AE1">
              <w:rPr>
                <w:rFonts w:ascii="Calibri" w:hAnsi="Calibri" w:cs="Calibri"/>
                <w:sz w:val="28"/>
                <w:szCs w:val="28"/>
              </w:rPr>
              <w:t xml:space="preserve"> y ajo</w:t>
            </w:r>
          </w:p>
          <w:p w14:paraId="7C25A8F9" w14:textId="77777777" w:rsidR="004D0EDB" w:rsidRPr="00BE2AE1" w:rsidRDefault="004D0EDB" w:rsidP="0083642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 xml:space="preserve">• Arroz y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judías</w:t>
            </w:r>
            <w:proofErr w:type="spellEnd"/>
          </w:p>
          <w:p w14:paraId="4BD050CB" w14:textId="77777777" w:rsidR="004D0EDB" w:rsidRPr="00BE2AE1" w:rsidRDefault="004D0EDB" w:rsidP="0083642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lastRenderedPageBreak/>
              <w:t xml:space="preserve">• Pan </w:t>
            </w:r>
            <w:proofErr w:type="spellStart"/>
            <w:r w:rsidRPr="00BE2AE1">
              <w:rPr>
                <w:rFonts w:ascii="Calibri" w:hAnsi="Calibri" w:cs="Calibri"/>
                <w:sz w:val="28"/>
                <w:szCs w:val="28"/>
              </w:rPr>
              <w:t>multigrano</w:t>
            </w:r>
            <w:proofErr w:type="spellEnd"/>
          </w:p>
          <w:p w14:paraId="11B84ACC" w14:textId="77777777" w:rsidR="004D0EDB" w:rsidRPr="00BE2AE1" w:rsidRDefault="004D0EDB" w:rsidP="00836425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sz w:val="28"/>
                <w:szCs w:val="28"/>
              </w:rPr>
              <w:t>• Fruta</w:t>
            </w:r>
          </w:p>
          <w:p w14:paraId="76EEE526" w14:textId="77777777" w:rsidR="00534EC0" w:rsidRPr="00BE2AE1" w:rsidRDefault="00534EC0">
            <w:pPr>
              <w:spacing w:after="40" w:line="252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45D9D6B8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Cal: 890</w:t>
            </w:r>
          </w:p>
          <w:p w14:paraId="510F2AAF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Carb: 115</w:t>
            </w:r>
          </w:p>
          <w:p w14:paraId="4DE54D3F" w14:textId="77777777" w:rsidR="00534EC0" w:rsidRPr="00BE2AE1" w:rsidRDefault="00605F41">
            <w:pPr>
              <w:spacing w:after="20" w:line="240" w:lineRule="auto"/>
              <w:rPr>
                <w:rFonts w:ascii="Calibri" w:hAnsi="Calibri" w:cs="Calibri"/>
                <w:sz w:val="28"/>
                <w:szCs w:val="28"/>
              </w:rPr>
            </w:pPr>
            <w:r w:rsidRPr="00BE2AE1">
              <w:rPr>
                <w:rFonts w:ascii="Calibri" w:hAnsi="Calibri" w:cs="Calibri"/>
                <w:b/>
                <w:sz w:val="28"/>
                <w:szCs w:val="28"/>
              </w:rPr>
              <w:t>Na: 1010</w:t>
            </w:r>
          </w:p>
        </w:tc>
      </w:tr>
    </w:tbl>
    <w:p w14:paraId="270EC905" w14:textId="77777777" w:rsidR="00534EC0" w:rsidRPr="00BE2AE1" w:rsidRDefault="00534EC0">
      <w:pPr>
        <w:rPr>
          <w:rFonts w:ascii="Calibri" w:hAnsi="Calibri" w:cs="Calibri"/>
          <w:b/>
          <w:bCs/>
          <w:sz w:val="28"/>
          <w:szCs w:val="28"/>
        </w:rPr>
      </w:pPr>
    </w:p>
    <w:p w14:paraId="6FB3BFB6" w14:textId="77777777" w:rsidR="004D0EDB" w:rsidRPr="00BE2AE1" w:rsidRDefault="004D0EDB" w:rsidP="00376E8A">
      <w:pPr>
        <w:spacing w:after="80"/>
        <w:jc w:val="center"/>
        <w:rPr>
          <w:rFonts w:ascii="Calibri" w:hAnsi="Calibri" w:cs="Calibri"/>
          <w:b/>
          <w:bCs/>
          <w:color w:val="323232"/>
          <w:sz w:val="28"/>
          <w:szCs w:val="28"/>
        </w:rPr>
      </w:pP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Para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cancelar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comidas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,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por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favor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llame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al 978-686-1422 al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menos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24 horas antes del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servicio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.</w:t>
      </w: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br/>
        <w:t xml:space="preserve"> Se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recomienda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una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donación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confidencial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de 2,00 $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por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comida. </w:t>
      </w:r>
    </w:p>
    <w:p w14:paraId="5DCE8FFE" w14:textId="77777777" w:rsidR="004D0EDB" w:rsidRPr="00BE2AE1" w:rsidRDefault="004D0EDB" w:rsidP="00376E8A">
      <w:pPr>
        <w:spacing w:after="80"/>
        <w:jc w:val="center"/>
        <w:rPr>
          <w:rFonts w:ascii="Calibri" w:hAnsi="Calibri" w:cs="Calibri"/>
          <w:b/>
          <w:bCs/>
          <w:color w:val="323232"/>
          <w:sz w:val="28"/>
          <w:szCs w:val="28"/>
        </w:rPr>
      </w:pP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Las cartas de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donación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se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envían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mensualmente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. </w:t>
      </w: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br/>
        <w:t xml:space="preserve">Las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calorías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totales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(Cal),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carbohidratos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(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carbohidratos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) y sodio (Na)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incluyen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: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plato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principal,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acompañamientos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,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postre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,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fruta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, pan, leche </w:t>
      </w:r>
      <w:r>
        <w:rPr>
          <w:rFonts w:ascii="Calibri" w:hAnsi="Calibri" w:cs="Calibri"/>
          <w:b/>
          <w:bCs/>
          <w:color w:val="323232"/>
          <w:sz w:val="28"/>
          <w:szCs w:val="28"/>
        </w:rPr>
        <w:t xml:space="preserve">y </w:t>
      </w:r>
      <w:proofErr w:type="spellStart"/>
      <w:r>
        <w:rPr>
          <w:rFonts w:ascii="Calibri" w:hAnsi="Calibri" w:cs="Calibri"/>
          <w:b/>
          <w:bCs/>
          <w:color w:val="323232"/>
          <w:sz w:val="28"/>
          <w:szCs w:val="28"/>
        </w:rPr>
        <w:t>margarina</w:t>
      </w:r>
      <w:proofErr w:type="spellEnd"/>
      <w:r>
        <w:rPr>
          <w:rFonts w:ascii="Calibri" w:hAnsi="Calibri" w:cs="Calibri"/>
          <w:b/>
          <w:bCs/>
          <w:color w:val="323232"/>
          <w:sz w:val="28"/>
          <w:szCs w:val="28"/>
        </w:rPr>
        <w:t xml:space="preserve">. </w:t>
      </w:r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br/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Presentado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por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la Ley de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Estadounidenses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Mayores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.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Menú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sujeto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 xml:space="preserve"> a </w:t>
      </w:r>
      <w:proofErr w:type="spellStart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cambios</w:t>
      </w:r>
      <w:proofErr w:type="spellEnd"/>
      <w:r w:rsidRPr="00BE2AE1">
        <w:rPr>
          <w:rFonts w:ascii="Calibri" w:hAnsi="Calibri" w:cs="Calibri"/>
          <w:b/>
          <w:bCs/>
          <w:color w:val="323232"/>
          <w:sz w:val="28"/>
          <w:szCs w:val="28"/>
        </w:rPr>
        <w:t>.</w:t>
      </w:r>
    </w:p>
    <w:p w14:paraId="7DB0FD03" w14:textId="632201AC" w:rsidR="00534EC0" w:rsidRDefault="00534EC0"/>
    <w:sectPr w:rsidR="00534EC0" w:rsidSect="005A3D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EE2BAB"/>
    <w:multiLevelType w:val="hybridMultilevel"/>
    <w:tmpl w:val="06A8C6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0591291">
    <w:abstractNumId w:val="8"/>
  </w:num>
  <w:num w:numId="2" w16cid:durableId="1512179587">
    <w:abstractNumId w:val="6"/>
  </w:num>
  <w:num w:numId="3" w16cid:durableId="461388867">
    <w:abstractNumId w:val="5"/>
  </w:num>
  <w:num w:numId="4" w16cid:durableId="774863964">
    <w:abstractNumId w:val="4"/>
  </w:num>
  <w:num w:numId="5" w16cid:durableId="1774471490">
    <w:abstractNumId w:val="7"/>
  </w:num>
  <w:num w:numId="6" w16cid:durableId="442194901">
    <w:abstractNumId w:val="3"/>
  </w:num>
  <w:num w:numId="7" w16cid:durableId="285356263">
    <w:abstractNumId w:val="2"/>
  </w:num>
  <w:num w:numId="8" w16cid:durableId="723599290">
    <w:abstractNumId w:val="1"/>
  </w:num>
  <w:num w:numId="9" w16cid:durableId="135998940">
    <w:abstractNumId w:val="0"/>
  </w:num>
  <w:num w:numId="10" w16cid:durableId="10207403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6359"/>
    <w:rsid w:val="00326F90"/>
    <w:rsid w:val="00476791"/>
    <w:rsid w:val="004C6ABF"/>
    <w:rsid w:val="004D0EDB"/>
    <w:rsid w:val="00534EC0"/>
    <w:rsid w:val="0055587C"/>
    <w:rsid w:val="005A3D64"/>
    <w:rsid w:val="005F09D8"/>
    <w:rsid w:val="00605F41"/>
    <w:rsid w:val="00917920"/>
    <w:rsid w:val="00AA1D8D"/>
    <w:rsid w:val="00B0138E"/>
    <w:rsid w:val="00B47730"/>
    <w:rsid w:val="00BE2AE1"/>
    <w:rsid w:val="00CB0664"/>
    <w:rsid w:val="00E140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0D44F6"/>
  <w14:defaultImageDpi w14:val="300"/>
  <w15:docId w15:val="{73B7B535-0C48-4DE1-87F8-D6786F29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536</Words>
  <Characters>2786</Characters>
  <Application>Microsoft Office Word</Application>
  <DocSecurity>0</DocSecurity>
  <Lines>309</Lines>
  <Paragraphs>276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Leigh Hartwell</cp:lastModifiedBy>
  <cp:revision>6</cp:revision>
  <dcterms:created xsi:type="dcterms:W3CDTF">2026-09-22T21:41:00Z</dcterms:created>
  <dcterms:modified xsi:type="dcterms:W3CDTF">2026-09-22T21:44:00Z</dcterms:modified>
  <cp:category/>
</cp:coreProperties>
</file>