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970F" w14:textId="1FBB82EF" w:rsidR="00534EC0" w:rsidRPr="00BE2AE1" w:rsidRDefault="00605F41" w:rsidP="00BE2AE1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BE2AE1">
        <w:rPr>
          <w:rFonts w:ascii="Calibri" w:hAnsi="Calibri" w:cs="Calibri"/>
          <w:b/>
          <w:sz w:val="28"/>
          <w:szCs w:val="28"/>
        </w:rPr>
        <w:t xml:space="preserve">October </w:t>
      </w:r>
      <w:r w:rsidR="00BE2AE1">
        <w:rPr>
          <w:rFonts w:ascii="Calibri" w:hAnsi="Calibri" w:cs="Calibri"/>
          <w:b/>
          <w:sz w:val="28"/>
          <w:szCs w:val="28"/>
        </w:rPr>
        <w:t>Latino Inspired</w:t>
      </w:r>
      <w:r w:rsidRPr="00BE2AE1">
        <w:rPr>
          <w:rFonts w:ascii="Calibri" w:hAnsi="Calibri" w:cs="Calibri"/>
          <w:b/>
          <w:sz w:val="28"/>
          <w:szCs w:val="28"/>
        </w:rPr>
        <w:t xml:space="preserve"> Menu 2026</w:t>
      </w:r>
    </w:p>
    <w:p w14:paraId="357E0D9D" w14:textId="77777777" w:rsidR="00534EC0" w:rsidRPr="00BE2AE1" w:rsidRDefault="00605F41" w:rsidP="00BE2AE1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BE2AE1">
        <w:rPr>
          <w:rFonts w:ascii="Calibri" w:hAnsi="Calibri" w:cs="Calibri"/>
          <w:sz w:val="28"/>
          <w:szCs w:val="28"/>
        </w:rPr>
        <w:t>Menu Information: Key: Cal = Calories, Carb = Carbohydrates, Na = Sodium</w:t>
      </w:r>
      <w:r w:rsidRPr="00BE2AE1">
        <w:rPr>
          <w:rFonts w:ascii="Calibri" w:hAnsi="Calibri" w:cs="Calibri"/>
          <w:sz w:val="28"/>
          <w:szCs w:val="28"/>
        </w:rPr>
        <w:br/>
        <w:t>Nutrition Questions? Contact Leigh @ 978-651-3023 or lhartwell@agespan.org</w:t>
      </w:r>
    </w:p>
    <w:tbl>
      <w:tblPr>
        <w:tblW w:w="11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8"/>
        <w:gridCol w:w="2328"/>
        <w:gridCol w:w="2328"/>
        <w:gridCol w:w="2328"/>
        <w:gridCol w:w="2328"/>
      </w:tblGrid>
      <w:tr w:rsidR="00BE2AE1" w:rsidRPr="00BE2AE1" w14:paraId="5556A9C0" w14:textId="77777777" w:rsidTr="005A3D64">
        <w:trPr>
          <w:trHeight w:val="4700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8A8ADC3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Thursday, October 1</w:t>
            </w:r>
          </w:p>
          <w:p w14:paraId="4A1EB50E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Beef (Ropa Vieja)</w:t>
            </w:r>
          </w:p>
          <w:p w14:paraId="1714C22A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Beets</w:t>
            </w:r>
          </w:p>
          <w:p w14:paraId="12698433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Coconut Rice</w:t>
            </w:r>
          </w:p>
          <w:p w14:paraId="7501622E" w14:textId="584A337A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>
              <w:rPr>
                <w:rFonts w:ascii="Calibri" w:hAnsi="Calibri" w:cs="Calibri"/>
                <w:sz w:val="28"/>
                <w:szCs w:val="28"/>
              </w:rPr>
              <w:t>Multigrain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Bread</w:t>
            </w:r>
          </w:p>
          <w:p w14:paraId="51206DC1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Cookie</w:t>
            </w:r>
          </w:p>
          <w:p w14:paraId="641F6671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23A9FB62" w14:textId="77777777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830</w:t>
            </w:r>
          </w:p>
          <w:p w14:paraId="4B1D9B85" w14:textId="77777777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90</w:t>
            </w:r>
          </w:p>
          <w:p w14:paraId="43C689E2" w14:textId="49E40AA4" w:rsidR="00BE2AE1" w:rsidRPr="00BE2AE1" w:rsidRDefault="00BE2AE1" w:rsidP="00BE2AE1">
            <w:pPr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1190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99DCAE0" w14:textId="77777777" w:rsidR="00BE2AE1" w:rsidRDefault="00BE2AE1" w:rsidP="00BE2AE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4C7920CD" w14:textId="595128F9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2</w:t>
            </w:r>
          </w:p>
          <w:p w14:paraId="5DEC2F8A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Omelet</w:t>
            </w:r>
          </w:p>
          <w:p w14:paraId="48E89D85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Turkey Sausage</w:t>
            </w:r>
          </w:p>
          <w:p w14:paraId="1EEFCFBC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Plantains</w:t>
            </w:r>
          </w:p>
          <w:p w14:paraId="71011FA8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Okra</w:t>
            </w:r>
          </w:p>
          <w:p w14:paraId="5328715B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Fruit Leaf</w:t>
            </w:r>
          </w:p>
          <w:p w14:paraId="51919DAE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5A5AEC15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6D1FD398" w14:textId="77777777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1000</w:t>
            </w:r>
          </w:p>
          <w:p w14:paraId="7905529F" w14:textId="77777777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125</w:t>
            </w:r>
          </w:p>
          <w:p w14:paraId="32A47F6A" w14:textId="5C3F86E2" w:rsidR="00BE2AE1" w:rsidRPr="00BE2AE1" w:rsidRDefault="00BE2AE1" w:rsidP="00BE2AE1">
            <w:pPr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985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BB8D6F4" w14:textId="77777777" w:rsidR="00BE2AE1" w:rsidRPr="00BE2AE1" w:rsidRDefault="00BE2AE1" w:rsidP="00BE2AE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D933C3F" w14:textId="4824BDDF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7182BD7" w14:textId="2482C74E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34EC0" w:rsidRPr="00BE2AE1" w14:paraId="0838C61C" w14:textId="77777777" w:rsidTr="005A3D64">
        <w:trPr>
          <w:trHeight w:val="2427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760A958" w14:textId="77777777" w:rsidR="00B0138E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Monday, </w:t>
            </w:r>
          </w:p>
          <w:p w14:paraId="78BB1200" w14:textId="564A9C72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5</w:t>
            </w:r>
          </w:p>
          <w:p w14:paraId="3BAE6F61" w14:textId="07ED915A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Chicken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Black Beans</w:t>
            </w:r>
          </w:p>
          <w:p w14:paraId="2DF3ACF0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Rice</w:t>
            </w:r>
          </w:p>
          <w:p w14:paraId="783E3EB6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Tortilla</w:t>
            </w:r>
          </w:p>
          <w:p w14:paraId="06F8CFEB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Cookie</w:t>
            </w:r>
          </w:p>
          <w:p w14:paraId="124D3155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66A3DE1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730</w:t>
            </w:r>
          </w:p>
          <w:p w14:paraId="24D4BCD4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105CCD9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1045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6D4A1A8" w14:textId="77777777" w:rsidR="00B0138E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Tuesday, </w:t>
            </w:r>
          </w:p>
          <w:p w14:paraId="5346B7CC" w14:textId="6FA70E18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6</w:t>
            </w:r>
          </w:p>
          <w:p w14:paraId="5B05E693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Meatloaf</w:t>
            </w:r>
          </w:p>
          <w:p w14:paraId="0C6B6A99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Yucca</w:t>
            </w:r>
          </w:p>
          <w:p w14:paraId="0FE53737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Mixed Veg</w:t>
            </w:r>
          </w:p>
          <w:p w14:paraId="67840555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Bread</w:t>
            </w:r>
          </w:p>
          <w:p w14:paraId="4ECD6B3D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Pudding</w:t>
            </w:r>
          </w:p>
          <w:p w14:paraId="3997E970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13E34535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920</w:t>
            </w:r>
          </w:p>
          <w:p w14:paraId="10E2BBB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120</w:t>
            </w:r>
          </w:p>
          <w:p w14:paraId="65488E42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760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B8662F4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Wednesday, October 7</w:t>
            </w:r>
          </w:p>
          <w:p w14:paraId="5D8EF079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Hot Dog</w:t>
            </w:r>
          </w:p>
          <w:p w14:paraId="4FAC36E3" w14:textId="25E594A8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Baked Beans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Rice</w:t>
            </w:r>
          </w:p>
          <w:p w14:paraId="1CC26FA5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Pears</w:t>
            </w:r>
          </w:p>
          <w:p w14:paraId="6A41C3DD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Coleslaw</w:t>
            </w:r>
          </w:p>
          <w:p w14:paraId="7803D497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45FFA6DB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7BB0FF1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850</w:t>
            </w:r>
          </w:p>
          <w:p w14:paraId="503705E6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95</w:t>
            </w:r>
          </w:p>
          <w:p w14:paraId="69EA1BCC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1235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53959BE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Thursday, October 8</w:t>
            </w:r>
          </w:p>
          <w:p w14:paraId="1434B8CD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Breaded Fish</w:t>
            </w:r>
          </w:p>
          <w:p w14:paraId="45A23DBB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Spanish Rice</w:t>
            </w:r>
          </w:p>
          <w:p w14:paraId="7C26FDAE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Cauliflower</w:t>
            </w:r>
          </w:p>
          <w:p w14:paraId="7EDEF8BD" w14:textId="0E0460D1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BE2AE1">
              <w:rPr>
                <w:rFonts w:ascii="Calibri" w:hAnsi="Calibri" w:cs="Calibri"/>
                <w:sz w:val="28"/>
                <w:szCs w:val="28"/>
              </w:rPr>
              <w:t>Multigrain</w:t>
            </w:r>
            <w:r w:rsidR="00BE2AE1" w:rsidRPr="00BE2AE1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BE2AE1">
              <w:rPr>
                <w:rFonts w:ascii="Calibri" w:hAnsi="Calibri" w:cs="Calibri"/>
                <w:sz w:val="28"/>
                <w:szCs w:val="28"/>
              </w:rPr>
              <w:t>Bread</w:t>
            </w:r>
          </w:p>
          <w:p w14:paraId="4AF966AB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Applesauce</w:t>
            </w:r>
          </w:p>
          <w:p w14:paraId="5CE47946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440D5363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750</w:t>
            </w:r>
          </w:p>
          <w:p w14:paraId="4E44D874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100</w:t>
            </w:r>
          </w:p>
          <w:p w14:paraId="4230ABA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925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C3352AF" w14:textId="77777777" w:rsidR="00BE2AE1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60366435" w14:textId="557CB4DD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9</w:t>
            </w:r>
          </w:p>
          <w:p w14:paraId="21AF4216" w14:textId="43099C80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Alfredo Pasta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Mushrooms</w:t>
            </w:r>
          </w:p>
          <w:p w14:paraId="5B8710FE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Peas</w:t>
            </w:r>
          </w:p>
          <w:p w14:paraId="67A3D9A8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Oat Bread</w:t>
            </w:r>
          </w:p>
          <w:p w14:paraId="13E1E5C4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Mandarins</w:t>
            </w:r>
          </w:p>
          <w:p w14:paraId="5C383A9C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742D6B8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570</w:t>
            </w:r>
          </w:p>
          <w:p w14:paraId="0D8319B9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80</w:t>
            </w:r>
          </w:p>
          <w:p w14:paraId="797E9576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680</w:t>
            </w:r>
          </w:p>
        </w:tc>
      </w:tr>
      <w:tr w:rsidR="00534EC0" w:rsidRPr="00BE2AE1" w14:paraId="4312E0DD" w14:textId="77777777" w:rsidTr="005A3D64">
        <w:trPr>
          <w:trHeight w:val="2427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3685F24" w14:textId="77777777" w:rsidR="00B0138E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Monday, </w:t>
            </w:r>
          </w:p>
          <w:p w14:paraId="0514C591" w14:textId="62F8F1FD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12</w:t>
            </w:r>
          </w:p>
          <w:p w14:paraId="08EBF14B" w14:textId="77777777" w:rsidR="00534EC0" w:rsidRPr="00BE2AE1" w:rsidRDefault="00605F41" w:rsidP="00BE2AE1">
            <w:pPr>
              <w:pStyle w:val="ListParagraph"/>
              <w:numPr>
                <w:ilvl w:val="0"/>
                <w:numId w:val="10"/>
              </w:numPr>
              <w:spacing w:after="40" w:line="252" w:lineRule="auto"/>
              <w:rPr>
                <w:rFonts w:ascii="Calibri" w:hAnsi="Calibri" w:cs="Calibri"/>
                <w:bCs/>
                <w:sz w:val="28"/>
                <w:szCs w:val="28"/>
              </w:rPr>
            </w:pPr>
            <w:r w:rsidRPr="00BE2AE1">
              <w:rPr>
                <w:rFonts w:ascii="Calibri" w:hAnsi="Calibri" w:cs="Calibri"/>
                <w:bCs/>
                <w:sz w:val="28"/>
                <w:szCs w:val="28"/>
              </w:rPr>
              <w:t>No Meals</w:t>
            </w:r>
          </w:p>
          <w:p w14:paraId="5E9484C3" w14:textId="77777777" w:rsidR="00534EC0" w:rsidRPr="00BE2AE1" w:rsidRDefault="00605F41" w:rsidP="00BE2AE1">
            <w:pPr>
              <w:pStyle w:val="ListParagraph"/>
              <w:numPr>
                <w:ilvl w:val="0"/>
                <w:numId w:val="10"/>
              </w:num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Cs/>
                <w:sz w:val="28"/>
                <w:szCs w:val="28"/>
              </w:rPr>
              <w:t>Indigenous Peoples’ Day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982335B" w14:textId="77777777" w:rsidR="00B0138E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Tuesday, </w:t>
            </w:r>
          </w:p>
          <w:p w14:paraId="02B627BA" w14:textId="224D45F9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13</w:t>
            </w:r>
          </w:p>
          <w:p w14:paraId="211EB9DA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Honey Garlic Chicken</w:t>
            </w:r>
          </w:p>
          <w:p w14:paraId="32CCAB47" w14:textId="5792A908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Rice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Peas</w:t>
            </w:r>
          </w:p>
          <w:p w14:paraId="70D38D6B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Beets</w:t>
            </w:r>
          </w:p>
          <w:p w14:paraId="7EE53EC6" w14:textId="6A9D2CBA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lastRenderedPageBreak/>
              <w:t xml:space="preserve">• </w:t>
            </w:r>
            <w:r w:rsidR="00BE2AE1">
              <w:rPr>
                <w:rFonts w:ascii="Calibri" w:hAnsi="Calibri" w:cs="Calibri"/>
                <w:sz w:val="28"/>
                <w:szCs w:val="28"/>
              </w:rPr>
              <w:t xml:space="preserve">Low Sodium </w:t>
            </w:r>
            <w:r w:rsidRPr="00BE2AE1">
              <w:rPr>
                <w:rFonts w:ascii="Calibri" w:hAnsi="Calibri" w:cs="Calibri"/>
                <w:sz w:val="28"/>
                <w:szCs w:val="28"/>
              </w:rPr>
              <w:t>Bread</w:t>
            </w:r>
          </w:p>
          <w:p w14:paraId="3BA62A57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Pineapple</w:t>
            </w:r>
          </w:p>
          <w:p w14:paraId="70B3218C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231ADED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630</w:t>
            </w:r>
          </w:p>
          <w:p w14:paraId="58E29B3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90</w:t>
            </w:r>
          </w:p>
          <w:p w14:paraId="08697C0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1C7D35C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Wednesday, October 14</w:t>
            </w:r>
          </w:p>
          <w:p w14:paraId="7A0460D0" w14:textId="27E89C2D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Beef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Vegetable Stew</w:t>
            </w:r>
          </w:p>
          <w:p w14:paraId="1502F716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White Rice</w:t>
            </w:r>
          </w:p>
          <w:p w14:paraId="2DCDD3A5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Cornbread</w:t>
            </w:r>
          </w:p>
          <w:p w14:paraId="4C3D33D0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Gelatin</w:t>
            </w:r>
          </w:p>
          <w:p w14:paraId="62F9885B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19F0E413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730</w:t>
            </w:r>
          </w:p>
          <w:p w14:paraId="496A7EA6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158986A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755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7FFF1DC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Thursday, October 15</w:t>
            </w:r>
          </w:p>
          <w:p w14:paraId="10EE776A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B-day: Italian Sandwich</w:t>
            </w:r>
          </w:p>
          <w:p w14:paraId="2767E5F7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Garden Salad</w:t>
            </w:r>
          </w:p>
          <w:p w14:paraId="57EE0102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Bean Salad</w:t>
            </w:r>
          </w:p>
          <w:p w14:paraId="60A9801E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61A4E94B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lastRenderedPageBreak/>
              <w:t>• Cake</w:t>
            </w:r>
          </w:p>
          <w:p w14:paraId="0E96DFC1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4D12AC1B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790</w:t>
            </w:r>
          </w:p>
          <w:p w14:paraId="60615C1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1217388D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1410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A6363C7" w14:textId="77777777" w:rsidR="00BE2AE1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 xml:space="preserve">Friday, </w:t>
            </w:r>
          </w:p>
          <w:p w14:paraId="1FE12A4E" w14:textId="47F7D99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16</w:t>
            </w:r>
          </w:p>
          <w:p w14:paraId="1C20A4D7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Turkey Picadillo</w:t>
            </w:r>
          </w:p>
          <w:p w14:paraId="2B608FEB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Yellow Rice</w:t>
            </w:r>
          </w:p>
          <w:p w14:paraId="327DEC9C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Oat Bread</w:t>
            </w:r>
          </w:p>
          <w:p w14:paraId="23EAE607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05876DB8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788D0C9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575</w:t>
            </w:r>
          </w:p>
          <w:p w14:paraId="16BE778E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80</w:t>
            </w:r>
          </w:p>
          <w:p w14:paraId="23FD2F78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530</w:t>
            </w:r>
          </w:p>
        </w:tc>
      </w:tr>
      <w:tr w:rsidR="00534EC0" w:rsidRPr="00BE2AE1" w14:paraId="5971AD31" w14:textId="77777777" w:rsidTr="005A3D64">
        <w:trPr>
          <w:trHeight w:val="2427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19D024B" w14:textId="77777777" w:rsidR="00B0138E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 xml:space="preserve">Monday, </w:t>
            </w:r>
          </w:p>
          <w:p w14:paraId="4649690F" w14:textId="6DC8F64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19</w:t>
            </w:r>
          </w:p>
          <w:p w14:paraId="09503813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Turkey Guisado</w:t>
            </w:r>
          </w:p>
          <w:p w14:paraId="6583D949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Yucca</w:t>
            </w:r>
          </w:p>
          <w:p w14:paraId="0E33C20E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Green Beans</w:t>
            </w:r>
          </w:p>
          <w:p w14:paraId="72A84237" w14:textId="4AA1AAE9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BE2AE1">
              <w:rPr>
                <w:rFonts w:ascii="Calibri" w:hAnsi="Calibri" w:cs="Calibri"/>
                <w:sz w:val="28"/>
                <w:szCs w:val="28"/>
              </w:rPr>
              <w:t>L</w:t>
            </w:r>
            <w:r w:rsidR="005A7B74">
              <w:rPr>
                <w:rFonts w:ascii="Calibri" w:hAnsi="Calibri" w:cs="Calibri"/>
                <w:sz w:val="28"/>
                <w:szCs w:val="28"/>
              </w:rPr>
              <w:t>ow Sodium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Bread</w:t>
            </w:r>
          </w:p>
          <w:p w14:paraId="3C011B7C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11884648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3FCF0A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620</w:t>
            </w:r>
          </w:p>
          <w:p w14:paraId="09A90EDD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105</w:t>
            </w:r>
          </w:p>
          <w:p w14:paraId="35ABDFBF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A691EA2" w14:textId="77777777" w:rsidR="00B0138E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Tuesday, </w:t>
            </w:r>
          </w:p>
          <w:p w14:paraId="1DB3635A" w14:textId="56168E9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20</w:t>
            </w:r>
          </w:p>
          <w:p w14:paraId="05F739AF" w14:textId="4DAAC174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Pasta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Meat Sauce</w:t>
            </w:r>
          </w:p>
          <w:p w14:paraId="786C94B6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Cauliflower</w:t>
            </w:r>
          </w:p>
          <w:p w14:paraId="7891F569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Garlic Roll</w:t>
            </w:r>
          </w:p>
          <w:p w14:paraId="1280C18C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Pudding</w:t>
            </w:r>
          </w:p>
          <w:p w14:paraId="708DC9D5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A84F681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780</w:t>
            </w:r>
          </w:p>
          <w:p w14:paraId="29F16BBC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95</w:t>
            </w:r>
          </w:p>
          <w:p w14:paraId="2DBEDFF8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EA2EA50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Wednesday, October 21</w:t>
            </w:r>
          </w:p>
          <w:p w14:paraId="1B03C1E7" w14:textId="7FD70050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Garlic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Lime Chicken</w:t>
            </w:r>
          </w:p>
          <w:p w14:paraId="7A326F4A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Sweet Potato</w:t>
            </w:r>
          </w:p>
          <w:p w14:paraId="7BE468CF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Peas</w:t>
            </w:r>
          </w:p>
          <w:p w14:paraId="0495C204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Mandarins</w:t>
            </w:r>
          </w:p>
          <w:p w14:paraId="0040CDD4" w14:textId="79E20AEC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BE2AE1">
              <w:rPr>
                <w:rFonts w:ascii="Calibri" w:hAnsi="Calibri" w:cs="Calibri"/>
                <w:sz w:val="28"/>
                <w:szCs w:val="28"/>
              </w:rPr>
              <w:t>Multigrain</w:t>
            </w:r>
            <w:r w:rsidR="00BE2AE1" w:rsidRPr="00BE2AE1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BE2AE1">
              <w:rPr>
                <w:rFonts w:ascii="Calibri" w:hAnsi="Calibri" w:cs="Calibri"/>
                <w:sz w:val="28"/>
                <w:szCs w:val="28"/>
              </w:rPr>
              <w:t>Bread</w:t>
            </w:r>
          </w:p>
          <w:p w14:paraId="5124DE3C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E6E81B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730</w:t>
            </w:r>
          </w:p>
          <w:p w14:paraId="4071EF4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90</w:t>
            </w:r>
          </w:p>
          <w:p w14:paraId="6DF5C61E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940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8BE5DBF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Thursday, October 22</w:t>
            </w:r>
          </w:p>
          <w:p w14:paraId="0A1F0AC8" w14:textId="43656D00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Pork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Eggplant</w:t>
            </w:r>
          </w:p>
          <w:p w14:paraId="63ED5C71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Butternut</w:t>
            </w:r>
          </w:p>
          <w:p w14:paraId="24004753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Brussels Sprouts</w:t>
            </w:r>
          </w:p>
          <w:p w14:paraId="39BD00B0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Baked Good</w:t>
            </w:r>
          </w:p>
          <w:p w14:paraId="22D028FF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Dinner Roll</w:t>
            </w:r>
          </w:p>
          <w:p w14:paraId="26C175F0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66D62D9C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905</w:t>
            </w:r>
          </w:p>
          <w:p w14:paraId="41A0A711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115</w:t>
            </w:r>
          </w:p>
          <w:p w14:paraId="4B361882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1296455" w14:textId="77777777" w:rsidR="00BE2AE1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75570B30" w14:textId="21F78EAE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23</w:t>
            </w:r>
          </w:p>
          <w:p w14:paraId="27553A15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Garlic Lemon Fish</w:t>
            </w:r>
          </w:p>
          <w:p w14:paraId="0BA20509" w14:textId="78CFD541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Rice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Beans</w:t>
            </w:r>
          </w:p>
          <w:p w14:paraId="61A7CFBB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Beets</w:t>
            </w:r>
          </w:p>
          <w:p w14:paraId="7DD9323D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Oat Bread</w:t>
            </w:r>
          </w:p>
          <w:p w14:paraId="1069514A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Applesauce</w:t>
            </w:r>
          </w:p>
          <w:p w14:paraId="33603290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C809E6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620</w:t>
            </w:r>
          </w:p>
          <w:p w14:paraId="3D48771B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65</w:t>
            </w:r>
          </w:p>
          <w:p w14:paraId="200E236C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790</w:t>
            </w:r>
          </w:p>
        </w:tc>
      </w:tr>
      <w:tr w:rsidR="00534EC0" w:rsidRPr="00BE2AE1" w14:paraId="70D14346" w14:textId="77777777" w:rsidTr="005A3D64">
        <w:trPr>
          <w:trHeight w:val="1294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2803690" w14:textId="77777777" w:rsidR="00B0138E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Monday, </w:t>
            </w:r>
          </w:p>
          <w:p w14:paraId="790E0B29" w14:textId="2C722849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26</w:t>
            </w:r>
          </w:p>
          <w:p w14:paraId="2ACF2659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Beef Pastelon</w:t>
            </w:r>
          </w:p>
          <w:p w14:paraId="67FEE0F2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Berry Crisp</w:t>
            </w:r>
          </w:p>
          <w:p w14:paraId="3808A218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Cornbread</w:t>
            </w:r>
          </w:p>
          <w:p w14:paraId="3E3F4810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Corn Salad</w:t>
            </w:r>
          </w:p>
          <w:p w14:paraId="1CBC6362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23D6AB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1245</w:t>
            </w:r>
          </w:p>
          <w:p w14:paraId="0933A63B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125</w:t>
            </w:r>
          </w:p>
          <w:p w14:paraId="1D7CDE4F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5F1E887" w14:textId="77777777" w:rsidR="00B0138E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Tuesday, </w:t>
            </w:r>
          </w:p>
          <w:p w14:paraId="5A6941FF" w14:textId="0F6DE4DF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27</w:t>
            </w:r>
          </w:p>
          <w:p w14:paraId="1315C545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Chicken and Rice</w:t>
            </w:r>
          </w:p>
          <w:p w14:paraId="453D99F8" w14:textId="06D561BB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Peas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Carrots</w:t>
            </w:r>
          </w:p>
          <w:p w14:paraId="674897E2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Biscuit</w:t>
            </w:r>
          </w:p>
          <w:p w14:paraId="66F79C4E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4434490F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24E38D6E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760</w:t>
            </w:r>
          </w:p>
          <w:p w14:paraId="48B58BA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100</w:t>
            </w:r>
          </w:p>
          <w:p w14:paraId="77BB6593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1105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B34A56C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Wednesday, October 28</w:t>
            </w:r>
          </w:p>
          <w:p w14:paraId="5DBB0529" w14:textId="4A6141DC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Ham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Cheese</w:t>
            </w:r>
          </w:p>
          <w:p w14:paraId="6AC1E982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Potato Salad</w:t>
            </w:r>
          </w:p>
          <w:p w14:paraId="2C28047B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Garden Salad</w:t>
            </w:r>
          </w:p>
          <w:p w14:paraId="0C6349EF" w14:textId="275AB9DE" w:rsid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BE2AE1">
              <w:rPr>
                <w:rFonts w:ascii="Calibri" w:hAnsi="Calibri" w:cs="Calibri"/>
                <w:sz w:val="28"/>
                <w:szCs w:val="28"/>
              </w:rPr>
              <w:t>Low Sodium</w:t>
            </w:r>
          </w:p>
          <w:p w14:paraId="1640BDE0" w14:textId="60327FF2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Bread</w:t>
            </w:r>
          </w:p>
          <w:p w14:paraId="79799A05" w14:textId="0807D47D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Yogurt</w:t>
            </w:r>
          </w:p>
          <w:p w14:paraId="4916BAC4" w14:textId="1295445E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Juice</w:t>
            </w:r>
          </w:p>
          <w:p w14:paraId="20C4F21E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E893DDE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530</w:t>
            </w:r>
          </w:p>
          <w:p w14:paraId="321746BD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4201996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1060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265D41C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Thursday, October 29</w:t>
            </w:r>
          </w:p>
          <w:p w14:paraId="27872704" w14:textId="788D3343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Beef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Onions</w:t>
            </w:r>
          </w:p>
          <w:p w14:paraId="06F08D10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Brown Rice</w:t>
            </w:r>
          </w:p>
          <w:p w14:paraId="556052A9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WW Bread</w:t>
            </w:r>
          </w:p>
          <w:p w14:paraId="6B5011E8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79CBDC6D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1CD43836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790</w:t>
            </w:r>
          </w:p>
          <w:p w14:paraId="147D37C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22D17DB3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630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01A73EA" w14:textId="77777777" w:rsidR="00BE2AE1" w:rsidRDefault="00605F41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59CFFC8A" w14:textId="1BFAD06C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October 30</w:t>
            </w:r>
          </w:p>
          <w:p w14:paraId="1B182309" w14:textId="4DFF5002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Meatballs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Tomato Garlic Sauce</w:t>
            </w:r>
          </w:p>
          <w:p w14:paraId="0804CF23" w14:textId="4DBFCE19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Rice </w:t>
            </w:r>
            <w:r w:rsidR="00BE2AE1">
              <w:rPr>
                <w:rFonts w:ascii="Calibri" w:hAnsi="Calibri" w:cs="Calibri"/>
                <w:sz w:val="28"/>
                <w:szCs w:val="28"/>
              </w:rPr>
              <w:t>and</w:t>
            </w:r>
            <w:r w:rsidRPr="00BE2AE1">
              <w:rPr>
                <w:rFonts w:ascii="Calibri" w:hAnsi="Calibri" w:cs="Calibri"/>
                <w:sz w:val="28"/>
                <w:szCs w:val="28"/>
              </w:rPr>
              <w:t xml:space="preserve"> Beans</w:t>
            </w:r>
          </w:p>
          <w:p w14:paraId="3B8B3467" w14:textId="11FA2F2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BE2AE1">
              <w:rPr>
                <w:rFonts w:ascii="Calibri" w:hAnsi="Calibri" w:cs="Calibri"/>
                <w:sz w:val="28"/>
                <w:szCs w:val="28"/>
              </w:rPr>
              <w:t>Multigrain</w:t>
            </w:r>
            <w:r w:rsidR="00BE2AE1" w:rsidRPr="00BE2AE1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BE2AE1">
              <w:rPr>
                <w:rFonts w:ascii="Calibri" w:hAnsi="Calibri" w:cs="Calibri"/>
                <w:sz w:val="28"/>
                <w:szCs w:val="28"/>
              </w:rPr>
              <w:t>Bread</w:t>
            </w:r>
          </w:p>
          <w:p w14:paraId="66662038" w14:textId="77777777" w:rsidR="00534EC0" w:rsidRPr="00BE2AE1" w:rsidRDefault="00605F4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76EEE526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45D9D6B8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890</w:t>
            </w:r>
          </w:p>
          <w:p w14:paraId="510F2AAF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115</w:t>
            </w:r>
          </w:p>
          <w:p w14:paraId="4DE54D3F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1010</w:t>
            </w:r>
          </w:p>
        </w:tc>
      </w:tr>
    </w:tbl>
    <w:p w14:paraId="270EC905" w14:textId="77777777" w:rsidR="00534EC0" w:rsidRPr="00BE2AE1" w:rsidRDefault="00534EC0">
      <w:pPr>
        <w:rPr>
          <w:rFonts w:ascii="Calibri" w:hAnsi="Calibri" w:cs="Calibri"/>
          <w:b/>
          <w:bCs/>
          <w:sz w:val="28"/>
          <w:szCs w:val="28"/>
        </w:rPr>
      </w:pPr>
    </w:p>
    <w:p w14:paraId="086568CF" w14:textId="77777777" w:rsidR="00BE2AE1" w:rsidRPr="00BE2AE1" w:rsidRDefault="00605F41">
      <w:pPr>
        <w:spacing w:after="80"/>
        <w:jc w:val="center"/>
        <w:rPr>
          <w:rFonts w:ascii="Calibri" w:hAnsi="Calibri" w:cs="Calibri"/>
          <w:b/>
          <w:bCs/>
          <w:color w:val="323232"/>
          <w:sz w:val="28"/>
          <w:szCs w:val="28"/>
        </w:rPr>
      </w:pP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lastRenderedPageBreak/>
        <w:t>To Cancel Meals please call 978-686-1422 at least 24 hours prior to service.</w:t>
      </w: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br/>
        <w:t xml:space="preserve">A $2.00 confidential donation is suggested per meal. </w:t>
      </w:r>
    </w:p>
    <w:p w14:paraId="7D429091" w14:textId="400E7E8D" w:rsidR="00534EC0" w:rsidRPr="00BE2AE1" w:rsidRDefault="00605F41" w:rsidP="00BE2AE1">
      <w:pPr>
        <w:spacing w:after="80"/>
        <w:jc w:val="center"/>
        <w:rPr>
          <w:rFonts w:ascii="Calibri" w:hAnsi="Calibri" w:cs="Calibri"/>
          <w:b/>
          <w:bCs/>
          <w:color w:val="323232"/>
          <w:sz w:val="28"/>
          <w:szCs w:val="28"/>
        </w:rPr>
      </w:pP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Donation letters are mailed monthly.</w:t>
      </w: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br/>
        <w:t xml:space="preserve">Total Calories (Cal), Carbohydrates (Carb) and Sodium (Na) include: Entrée, sides, dessert, fruit, bread, milk </w:t>
      </w:r>
      <w:r w:rsidR="00BE2AE1">
        <w:rPr>
          <w:rFonts w:ascii="Calibri" w:hAnsi="Calibri" w:cs="Calibri"/>
          <w:b/>
          <w:bCs/>
          <w:color w:val="323232"/>
          <w:sz w:val="28"/>
          <w:szCs w:val="28"/>
        </w:rPr>
        <w:t>and</w:t>
      </w: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margarine.</w:t>
      </w: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br/>
        <w:t>Brought to you by the Older Americans Act. Menu Subject to change.</w:t>
      </w:r>
    </w:p>
    <w:p w14:paraId="7DB0FD03" w14:textId="632201AC" w:rsidR="00534EC0" w:rsidRDefault="00534EC0"/>
    <w:sectPr w:rsidR="00534EC0" w:rsidSect="005A3D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EE2BAB"/>
    <w:multiLevelType w:val="hybridMultilevel"/>
    <w:tmpl w:val="06A8C6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0591291">
    <w:abstractNumId w:val="8"/>
  </w:num>
  <w:num w:numId="2" w16cid:durableId="1512179587">
    <w:abstractNumId w:val="6"/>
  </w:num>
  <w:num w:numId="3" w16cid:durableId="461388867">
    <w:abstractNumId w:val="5"/>
  </w:num>
  <w:num w:numId="4" w16cid:durableId="774863964">
    <w:abstractNumId w:val="4"/>
  </w:num>
  <w:num w:numId="5" w16cid:durableId="1774471490">
    <w:abstractNumId w:val="7"/>
  </w:num>
  <w:num w:numId="6" w16cid:durableId="442194901">
    <w:abstractNumId w:val="3"/>
  </w:num>
  <w:num w:numId="7" w16cid:durableId="285356263">
    <w:abstractNumId w:val="2"/>
  </w:num>
  <w:num w:numId="8" w16cid:durableId="723599290">
    <w:abstractNumId w:val="1"/>
  </w:num>
  <w:num w:numId="9" w16cid:durableId="135998940">
    <w:abstractNumId w:val="0"/>
  </w:num>
  <w:num w:numId="10" w16cid:durableId="10207403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6791"/>
    <w:rsid w:val="004C6ABF"/>
    <w:rsid w:val="00534EC0"/>
    <w:rsid w:val="005A3D64"/>
    <w:rsid w:val="005A7B74"/>
    <w:rsid w:val="00605F41"/>
    <w:rsid w:val="009B6C16"/>
    <w:rsid w:val="00AA1D8D"/>
    <w:rsid w:val="00B0138E"/>
    <w:rsid w:val="00B47730"/>
    <w:rsid w:val="00BE2AE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0D44F6"/>
  <w14:defaultImageDpi w14:val="300"/>
  <w15:docId w15:val="{73B7B535-0C48-4DE1-87F8-D6786F29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3</cp:revision>
  <dcterms:created xsi:type="dcterms:W3CDTF">2026-09-22T19:36:00Z</dcterms:created>
  <dcterms:modified xsi:type="dcterms:W3CDTF">2026-09-22T21:45:00Z</dcterms:modified>
  <cp:category/>
</cp:coreProperties>
</file>