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870B7" w14:textId="77777777" w:rsidR="006001EA" w:rsidRPr="006D7C22" w:rsidRDefault="006001EA" w:rsidP="006B0E12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proofErr w:type="spellStart"/>
      <w:r w:rsidRPr="006D7C22">
        <w:rPr>
          <w:rFonts w:asciiTheme="majorHAnsi" w:hAnsiTheme="majorHAnsi" w:cstheme="majorHAnsi"/>
          <w:b/>
          <w:sz w:val="28"/>
          <w:szCs w:val="28"/>
        </w:rPr>
        <w:t>Menú</w:t>
      </w:r>
      <w:proofErr w:type="spellEnd"/>
      <w:r w:rsidRPr="006D7C22">
        <w:rPr>
          <w:rFonts w:asciiTheme="majorHAnsi" w:hAnsiTheme="majorHAnsi" w:cstheme="majorHAnsi"/>
          <w:b/>
          <w:sz w:val="28"/>
          <w:szCs w:val="28"/>
        </w:rPr>
        <w:t xml:space="preserve"> de Diabetes </w:t>
      </w:r>
      <w:proofErr w:type="spellStart"/>
      <w:r w:rsidRPr="006D7C22">
        <w:rPr>
          <w:rFonts w:asciiTheme="majorHAnsi" w:hAnsiTheme="majorHAnsi" w:cstheme="majorHAnsi"/>
          <w:b/>
          <w:sz w:val="28"/>
          <w:szCs w:val="28"/>
        </w:rPr>
        <w:t>Cardíaco</w:t>
      </w:r>
      <w:proofErr w:type="spellEnd"/>
      <w:r w:rsidRPr="006D7C22">
        <w:rPr>
          <w:rFonts w:asciiTheme="majorHAnsi" w:hAnsiTheme="majorHAnsi" w:cstheme="majorHAnsi"/>
          <w:b/>
          <w:sz w:val="28"/>
          <w:szCs w:val="28"/>
        </w:rPr>
        <w:t xml:space="preserve"> de </w:t>
      </w:r>
      <w:proofErr w:type="spellStart"/>
      <w:r w:rsidRPr="006D7C22">
        <w:rPr>
          <w:rFonts w:asciiTheme="majorHAnsi" w:hAnsiTheme="majorHAnsi" w:cstheme="majorHAnsi"/>
          <w:b/>
          <w:sz w:val="28"/>
          <w:szCs w:val="28"/>
        </w:rPr>
        <w:t>octubre</w:t>
      </w:r>
      <w:proofErr w:type="spellEnd"/>
      <w:r w:rsidRPr="006D7C22">
        <w:rPr>
          <w:rFonts w:asciiTheme="majorHAnsi" w:hAnsiTheme="majorHAnsi" w:cstheme="majorHAnsi"/>
          <w:b/>
          <w:sz w:val="28"/>
          <w:szCs w:val="28"/>
        </w:rPr>
        <w:t xml:space="preserve"> 2026</w:t>
      </w:r>
    </w:p>
    <w:p w14:paraId="0D48D342" w14:textId="77777777" w:rsidR="006001EA" w:rsidRPr="006D7C22" w:rsidRDefault="006001EA" w:rsidP="006B0E12">
      <w:pPr>
        <w:spacing w:after="0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6D7C22">
        <w:rPr>
          <w:rFonts w:asciiTheme="majorHAnsi" w:hAnsiTheme="majorHAnsi" w:cstheme="majorHAnsi"/>
          <w:sz w:val="28"/>
          <w:szCs w:val="28"/>
        </w:rPr>
        <w:t xml:space="preserve">Clave: </w:t>
      </w:r>
      <w:proofErr w:type="spellStart"/>
      <w:r w:rsidRPr="006D7C22">
        <w:rPr>
          <w:rFonts w:asciiTheme="majorHAnsi" w:hAnsiTheme="majorHAnsi" w:cstheme="majorHAnsi"/>
          <w:sz w:val="28"/>
          <w:szCs w:val="28"/>
        </w:rPr>
        <w:t>Calorías</w:t>
      </w:r>
      <w:proofErr w:type="spellEnd"/>
      <w:r w:rsidRPr="006D7C22">
        <w:rPr>
          <w:rFonts w:asciiTheme="majorHAnsi" w:hAnsiTheme="majorHAnsi" w:cstheme="majorHAnsi"/>
          <w:sz w:val="28"/>
          <w:szCs w:val="28"/>
        </w:rPr>
        <w:t xml:space="preserve"> = </w:t>
      </w:r>
      <w:proofErr w:type="spellStart"/>
      <w:r w:rsidRPr="006D7C22">
        <w:rPr>
          <w:rFonts w:asciiTheme="majorHAnsi" w:hAnsiTheme="majorHAnsi" w:cstheme="majorHAnsi"/>
          <w:sz w:val="28"/>
          <w:szCs w:val="28"/>
        </w:rPr>
        <w:t>Calorías</w:t>
      </w:r>
      <w:proofErr w:type="spellEnd"/>
      <w:r w:rsidRPr="006D7C2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6D7C22">
        <w:rPr>
          <w:rFonts w:asciiTheme="majorHAnsi" w:hAnsiTheme="majorHAnsi" w:cstheme="majorHAnsi"/>
          <w:sz w:val="28"/>
          <w:szCs w:val="28"/>
        </w:rPr>
        <w:t>Carbohidratos</w:t>
      </w:r>
      <w:proofErr w:type="spellEnd"/>
      <w:r w:rsidRPr="006D7C22">
        <w:rPr>
          <w:rFonts w:asciiTheme="majorHAnsi" w:hAnsiTheme="majorHAnsi" w:cstheme="majorHAnsi"/>
          <w:sz w:val="28"/>
          <w:szCs w:val="28"/>
        </w:rPr>
        <w:t xml:space="preserve"> = </w:t>
      </w:r>
      <w:proofErr w:type="spellStart"/>
      <w:r w:rsidRPr="006D7C22">
        <w:rPr>
          <w:rFonts w:asciiTheme="majorHAnsi" w:hAnsiTheme="majorHAnsi" w:cstheme="majorHAnsi"/>
          <w:sz w:val="28"/>
          <w:szCs w:val="28"/>
        </w:rPr>
        <w:t>Carbohidratos</w:t>
      </w:r>
      <w:proofErr w:type="spellEnd"/>
      <w:r w:rsidRPr="006D7C22">
        <w:rPr>
          <w:rFonts w:asciiTheme="majorHAnsi" w:hAnsiTheme="majorHAnsi" w:cstheme="majorHAnsi"/>
          <w:sz w:val="28"/>
          <w:szCs w:val="28"/>
        </w:rPr>
        <w:t>, Na = Sodio</w:t>
      </w:r>
      <w:r w:rsidRPr="006D7C22">
        <w:rPr>
          <w:rFonts w:asciiTheme="majorHAnsi" w:hAnsiTheme="majorHAnsi" w:cstheme="majorHAnsi"/>
          <w:sz w:val="28"/>
          <w:szCs w:val="28"/>
        </w:rPr>
        <w:br/>
        <w:t>¿</w:t>
      </w:r>
      <w:proofErr w:type="spellStart"/>
      <w:r w:rsidRPr="006D7C22">
        <w:rPr>
          <w:rFonts w:asciiTheme="majorHAnsi" w:hAnsiTheme="majorHAnsi" w:cstheme="majorHAnsi"/>
          <w:sz w:val="28"/>
          <w:szCs w:val="28"/>
        </w:rPr>
        <w:t>Preguntas</w:t>
      </w:r>
      <w:proofErr w:type="spellEnd"/>
      <w:r w:rsidRPr="006D7C22">
        <w:rPr>
          <w:rFonts w:asciiTheme="majorHAnsi" w:hAnsiTheme="majorHAnsi" w:cstheme="majorHAnsi"/>
          <w:sz w:val="28"/>
          <w:szCs w:val="28"/>
        </w:rPr>
        <w:t xml:space="preserve">? </w:t>
      </w:r>
      <w:proofErr w:type="spellStart"/>
      <w:r w:rsidRPr="006D7C22">
        <w:rPr>
          <w:rFonts w:asciiTheme="majorHAnsi" w:hAnsiTheme="majorHAnsi" w:cstheme="majorHAnsi"/>
          <w:sz w:val="28"/>
          <w:szCs w:val="28"/>
        </w:rPr>
        <w:t>Contacta</w:t>
      </w:r>
      <w:proofErr w:type="spellEnd"/>
      <w:r w:rsidRPr="006D7C22">
        <w:rPr>
          <w:rFonts w:asciiTheme="majorHAnsi" w:hAnsiTheme="majorHAnsi" w:cstheme="majorHAnsi"/>
          <w:sz w:val="28"/>
          <w:szCs w:val="28"/>
        </w:rPr>
        <w:t xml:space="preserve"> con Leigh al @ 978-651-3023 </w:t>
      </w:r>
      <w:proofErr w:type="spellStart"/>
      <w:r w:rsidRPr="006D7C22">
        <w:rPr>
          <w:rFonts w:asciiTheme="majorHAnsi" w:hAnsiTheme="majorHAnsi" w:cstheme="majorHAnsi"/>
          <w:sz w:val="28"/>
          <w:szCs w:val="28"/>
        </w:rPr>
        <w:t>o</w:t>
      </w:r>
      <w:proofErr w:type="spellEnd"/>
      <w:r w:rsidRPr="006D7C22">
        <w:rPr>
          <w:rFonts w:asciiTheme="majorHAnsi" w:hAnsiTheme="majorHAnsi" w:cstheme="majorHAnsi"/>
          <w:sz w:val="28"/>
          <w:szCs w:val="28"/>
        </w:rPr>
        <w:t xml:space="preserve"> lhartwell@agespan.org</w:t>
      </w:r>
    </w:p>
    <w:tbl>
      <w:tblPr>
        <w:tblW w:w="11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7"/>
        <w:gridCol w:w="2327"/>
        <w:gridCol w:w="2327"/>
        <w:gridCol w:w="2327"/>
        <w:gridCol w:w="2327"/>
      </w:tblGrid>
      <w:tr w:rsidR="006D7C22" w:rsidRPr="006D7C22" w14:paraId="69D0FAD1" w14:textId="77777777" w:rsidTr="006D7C22">
        <w:trPr>
          <w:trHeight w:val="3819"/>
          <w:jc w:val="center"/>
        </w:trPr>
        <w:tc>
          <w:tcPr>
            <w:tcW w:w="2327" w:type="dxa"/>
          </w:tcPr>
          <w:p w14:paraId="4F16A402" w14:textId="77777777" w:rsidR="006001EA" w:rsidRPr="006001EA" w:rsidRDefault="006001EA" w:rsidP="006D7C22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Jueves 1 </w:t>
            </w:r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de </w:t>
            </w:r>
            <w:proofErr w:type="spellStart"/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</w:p>
          <w:p w14:paraId="2F29DB0B" w14:textId="486112AF" w:rsidR="006D7C22" w:rsidRPr="006D7C22" w:rsidRDefault="006001EA" w:rsidP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Asado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de olla•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Remolacha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Noez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mantegada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Pan de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cereales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ultigrains</w:t>
            </w:r>
            <w:proofErr w:type="spellEnd"/>
            <w:r w:rsidR="006D7C22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D7C22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440</w:t>
            </w:r>
            <w:r w:rsidR="006D7C22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55</w:t>
            </w:r>
            <w:r w:rsidR="006D7C22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660</w:t>
            </w:r>
          </w:p>
        </w:tc>
        <w:tc>
          <w:tcPr>
            <w:tcW w:w="2327" w:type="dxa"/>
          </w:tcPr>
          <w:p w14:paraId="23CB469F" w14:textId="77777777" w:rsidR="006001EA" w:rsidRPr="006001EA" w:rsidRDefault="006001EA" w:rsidP="006D7C22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Viernes, 2 de </w:t>
            </w:r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proofErr w:type="spellStart"/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73C50697" w14:textId="564B5A12" w:rsidR="006D7C22" w:rsidRPr="006D7C22" w:rsidRDefault="006001EA" w:rsidP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Tortilla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Salchicha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pavo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Patata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servida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Capri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Vegetariano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Rollo</w:t>
            </w:r>
            <w:r w:rsidR="006D7C22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D7C22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640</w:t>
            </w:r>
            <w:r w:rsidR="006D7C22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60</w:t>
            </w:r>
            <w:r w:rsidR="006D7C22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895</w:t>
            </w:r>
          </w:p>
        </w:tc>
        <w:tc>
          <w:tcPr>
            <w:tcW w:w="2327" w:type="dxa"/>
          </w:tcPr>
          <w:p w14:paraId="689AC7A3" w14:textId="77777777" w:rsidR="006D7C22" w:rsidRPr="006D7C22" w:rsidRDefault="006D7C22" w:rsidP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327" w:type="dxa"/>
          </w:tcPr>
          <w:p w14:paraId="14E9B0ED" w14:textId="2CDDB431" w:rsidR="006D7C22" w:rsidRPr="006D7C22" w:rsidRDefault="006D7C22" w:rsidP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327" w:type="dxa"/>
          </w:tcPr>
          <w:p w14:paraId="64353F79" w14:textId="3F4DF5DB" w:rsidR="006D7C22" w:rsidRPr="006D7C22" w:rsidRDefault="006D7C22" w:rsidP="006D7C22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CB5CBD" w:rsidRPr="006D7C22" w14:paraId="331817B8" w14:textId="77777777" w:rsidTr="006D7C22">
        <w:trPr>
          <w:trHeight w:val="3831"/>
          <w:jc w:val="center"/>
        </w:trPr>
        <w:tc>
          <w:tcPr>
            <w:tcW w:w="2327" w:type="dxa"/>
          </w:tcPr>
          <w:p w14:paraId="1133196B" w14:textId="49BC07FA" w:rsidR="00CB5CBD" w:rsidRPr="006D7C22" w:rsidRDefault="006001EA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Lunes, 5 de </w:t>
            </w: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Pollo con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alubias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negras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Arroz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L o pan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sódico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600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815</w:t>
            </w:r>
          </w:p>
        </w:tc>
        <w:tc>
          <w:tcPr>
            <w:tcW w:w="2327" w:type="dxa"/>
          </w:tcPr>
          <w:p w14:paraId="7062CA27" w14:textId="2DB81282" w:rsidR="00CB5CBD" w:rsidRPr="006D7C22" w:rsidRDefault="006001EA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Martes, 6 de </w:t>
            </w: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Pastel de carne con salsa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Patata con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puré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M •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Zanahorias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Rollo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580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560</w:t>
            </w:r>
          </w:p>
        </w:tc>
        <w:tc>
          <w:tcPr>
            <w:tcW w:w="2327" w:type="dxa"/>
          </w:tcPr>
          <w:p w14:paraId="18F2216C" w14:textId="54E32F08" w:rsidR="00CB5CBD" w:rsidRPr="006D7C22" w:rsidRDefault="006001EA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Miércoles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, 7 de </w:t>
            </w: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Cerdo con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romero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Butternut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Peras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Pan de trigo W hole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615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540</w:t>
            </w:r>
          </w:p>
        </w:tc>
        <w:tc>
          <w:tcPr>
            <w:tcW w:w="2327" w:type="dxa"/>
          </w:tcPr>
          <w:p w14:paraId="54CD0BD4" w14:textId="77777777" w:rsidR="006001EA" w:rsidRPr="006001EA" w:rsidRDefault="006001EA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Jueves 8 </w:t>
            </w:r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de </w:t>
            </w:r>
            <w:proofErr w:type="spellStart"/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1BF8EB67" w14:textId="68425BEA" w:rsidR="00CB5CBD" w:rsidRPr="006D7C22" w:rsidRDefault="006001EA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Pescado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empanado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Patata Sw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eet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Coliflor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Pan M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ultigrain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620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740</w:t>
            </w:r>
          </w:p>
        </w:tc>
        <w:tc>
          <w:tcPr>
            <w:tcW w:w="2327" w:type="dxa"/>
          </w:tcPr>
          <w:p w14:paraId="376B869D" w14:textId="016058FC" w:rsidR="00CB5CBD" w:rsidRPr="006D7C22" w:rsidRDefault="006001EA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Viernes, 9 de </w:t>
            </w: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Conchas rellenas y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marinara• Capri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Vegetariano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avena</w:t>
            </w:r>
            <w:proofErr w:type="spellEnd"/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495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900</w:t>
            </w:r>
          </w:p>
        </w:tc>
      </w:tr>
      <w:tr w:rsidR="00CB5CBD" w:rsidRPr="006D7C22" w14:paraId="2B330E59" w14:textId="77777777" w:rsidTr="0014241E">
        <w:trPr>
          <w:trHeight w:val="440"/>
          <w:jc w:val="center"/>
        </w:trPr>
        <w:tc>
          <w:tcPr>
            <w:tcW w:w="2327" w:type="dxa"/>
          </w:tcPr>
          <w:p w14:paraId="3E52A9C9" w14:textId="01F2FE8A" w:rsidR="00CB5CBD" w:rsidRPr="006D7C22" w:rsidRDefault="006001EA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Lunes, 12 de </w:t>
            </w: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Sin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comidas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Día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los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Pueblos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Indígenas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</w:p>
        </w:tc>
        <w:tc>
          <w:tcPr>
            <w:tcW w:w="2327" w:type="dxa"/>
          </w:tcPr>
          <w:p w14:paraId="70B0ED9C" w14:textId="77777777" w:rsidR="006001EA" w:rsidRPr="006001EA" w:rsidRDefault="006001EA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Martes, 13 </w:t>
            </w:r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de </w:t>
            </w:r>
            <w:proofErr w:type="spellStart"/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044869DA" w14:textId="41A4F752" w:rsidR="00CB5CBD" w:rsidRPr="006D7C22" w:rsidRDefault="006001EA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Pollo relleno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Arroz pilaf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Remolachas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L o </w:t>
            </w:r>
            <w:proofErr w:type="gramStart"/>
            <w:r>
              <w:rPr>
                <w:rFonts w:asciiTheme="majorHAnsi" w:hAnsiTheme="majorHAnsi" w:cstheme="majorHAnsi"/>
                <w:sz w:val="28"/>
                <w:szCs w:val="28"/>
              </w:rPr>
              <w:t>pan</w:t>
            </w:r>
            <w:proofErr w:type="gram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de sodio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575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800</w:t>
            </w:r>
          </w:p>
        </w:tc>
        <w:tc>
          <w:tcPr>
            <w:tcW w:w="2327" w:type="dxa"/>
          </w:tcPr>
          <w:p w14:paraId="3B723FEC" w14:textId="77777777" w:rsidR="006001EA" w:rsidRPr="006001EA" w:rsidRDefault="006001EA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proofErr w:type="spellStart"/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>Miércoles</w:t>
            </w:r>
            <w:proofErr w:type="spellEnd"/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, 14 de </w:t>
            </w:r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proofErr w:type="spellStart"/>
            <w:r w:rsidRPr="006001EA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</w:p>
          <w:p w14:paraId="69117DE6" w14:textId="15C82CFA" w:rsidR="00CB5CBD" w:rsidRPr="006D7C22" w:rsidRDefault="006001EA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Estofado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ternera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y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verduras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Patata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triturada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>• Rollo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585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690</w:t>
            </w:r>
          </w:p>
        </w:tc>
        <w:tc>
          <w:tcPr>
            <w:tcW w:w="2327" w:type="dxa"/>
          </w:tcPr>
          <w:p w14:paraId="5F17D91D" w14:textId="4D6BAE4E" w:rsidR="00CB5CBD" w:rsidRPr="006D7C22" w:rsidRDefault="0014241E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Jueves, 15 de </w:t>
            </w: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Cumpleaños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: Ensalada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Cken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fría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Ensalada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huerto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Ensalada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judías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Pita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560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Carb: 55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880</w:t>
            </w:r>
          </w:p>
        </w:tc>
        <w:tc>
          <w:tcPr>
            <w:tcW w:w="2327" w:type="dxa"/>
          </w:tcPr>
          <w:p w14:paraId="30F11157" w14:textId="1A41E0F8" w:rsidR="00CB5CBD" w:rsidRPr="006D7C22" w:rsidRDefault="0014241E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lastRenderedPageBreak/>
              <w:t xml:space="preserve">Viernes, 16 de </w:t>
            </w: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Ravioli y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boloñesa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pavo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Brócoli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avena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615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875</w:t>
            </w:r>
          </w:p>
        </w:tc>
      </w:tr>
      <w:tr w:rsidR="00CB5CBD" w:rsidRPr="006D7C22" w14:paraId="4E213F0E" w14:textId="77777777" w:rsidTr="006D7C22">
        <w:trPr>
          <w:trHeight w:val="1727"/>
          <w:jc w:val="center"/>
        </w:trPr>
        <w:tc>
          <w:tcPr>
            <w:tcW w:w="2327" w:type="dxa"/>
          </w:tcPr>
          <w:p w14:paraId="1F09D8E8" w14:textId="77777777" w:rsidR="0014241E" w:rsidRPr="0014241E" w:rsidRDefault="0014241E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Lunes, 19 </w:t>
            </w:r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de </w:t>
            </w:r>
            <w:proofErr w:type="spellStart"/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60BA3AB5" w14:textId="22AB41D9" w:rsidR="00CB5CBD" w:rsidRPr="006D7C22" w:rsidRDefault="0014241E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Hamburguesa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pavo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Patata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ashed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Judías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verdes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L ow pan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sódico</w:t>
            </w:r>
            <w:proofErr w:type="spellEnd"/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535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55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790</w:t>
            </w:r>
          </w:p>
        </w:tc>
        <w:tc>
          <w:tcPr>
            <w:tcW w:w="2327" w:type="dxa"/>
          </w:tcPr>
          <w:p w14:paraId="636B0B71" w14:textId="3C9BF7EE" w:rsidR="00CB5CBD" w:rsidRPr="006D7C22" w:rsidRDefault="0014241E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Martes, 20 de </w:t>
            </w: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• American Chop Suey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Coliflor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Rollo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575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690</w:t>
            </w:r>
          </w:p>
        </w:tc>
        <w:tc>
          <w:tcPr>
            <w:tcW w:w="2327" w:type="dxa"/>
          </w:tcPr>
          <w:p w14:paraId="4FC0DD22" w14:textId="77777777" w:rsidR="0014241E" w:rsidRPr="0014241E" w:rsidRDefault="0014241E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proofErr w:type="spellStart"/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t>Miércoles</w:t>
            </w:r>
            <w:proofErr w:type="spellEnd"/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, 21 </w:t>
            </w:r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de </w:t>
            </w:r>
            <w:proofErr w:type="spellStart"/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1CA2D827" w14:textId="425EF3EF" w:rsidR="00CB5CBD" w:rsidRPr="006D7C22" w:rsidRDefault="0014241E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Pollo al ajo y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hierbas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Patata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Sw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eet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• Capri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Vegetariano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Pan de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cereales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M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830</w:t>
            </w:r>
          </w:p>
        </w:tc>
        <w:tc>
          <w:tcPr>
            <w:tcW w:w="2327" w:type="dxa"/>
          </w:tcPr>
          <w:p w14:paraId="6C3154AA" w14:textId="77777777" w:rsidR="0014241E" w:rsidRDefault="0014241E" w:rsidP="003158F0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Jueves, 22 de </w:t>
            </w: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Especial</w:t>
            </w:r>
          </w:p>
          <w:p w14:paraId="2E4B0B70" w14:textId="3B89E0F7" w:rsidR="00CB5CBD" w:rsidRPr="006D7C22" w:rsidRDefault="0014241E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Cerdo con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manzanas • Butternut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Brotes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B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Russel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Pan WW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565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570</w:t>
            </w:r>
          </w:p>
        </w:tc>
        <w:tc>
          <w:tcPr>
            <w:tcW w:w="2327" w:type="dxa"/>
          </w:tcPr>
          <w:p w14:paraId="33916676" w14:textId="77777777" w:rsidR="0014241E" w:rsidRPr="0014241E" w:rsidRDefault="0014241E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Viernes, 23 </w:t>
            </w:r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de </w:t>
            </w:r>
            <w:proofErr w:type="spellStart"/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14241E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1002952B" w14:textId="3FAEE4EE" w:rsidR="00CB5CBD" w:rsidRPr="006D7C22" w:rsidRDefault="0014241E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Ajo Limón Pescado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Arroz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y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judías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Remolacha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Pan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avena</w:t>
            </w:r>
            <w:proofErr w:type="spellEnd"/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555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55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775</w:t>
            </w:r>
          </w:p>
        </w:tc>
      </w:tr>
      <w:tr w:rsidR="00CB5CBD" w:rsidRPr="006D7C22" w14:paraId="7EB1F25E" w14:textId="77777777" w:rsidTr="006D7C22">
        <w:trPr>
          <w:trHeight w:val="4170"/>
          <w:jc w:val="center"/>
        </w:trPr>
        <w:tc>
          <w:tcPr>
            <w:tcW w:w="2327" w:type="dxa"/>
          </w:tcPr>
          <w:p w14:paraId="6C7CCAE8" w14:textId="37F1A6E7" w:rsidR="00CB5CBD" w:rsidRPr="006D7C22" w:rsidRDefault="0014241E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Lunes, 26 de </w:t>
            </w:r>
            <w:proofErr w:type="spellStart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Carne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vacuno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y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alubias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Arándanos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Rollo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500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645</w:t>
            </w:r>
          </w:p>
        </w:tc>
        <w:tc>
          <w:tcPr>
            <w:tcW w:w="2327" w:type="dxa"/>
          </w:tcPr>
          <w:p w14:paraId="335D8DA7" w14:textId="77777777" w:rsidR="00A83773" w:rsidRDefault="00A8377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Martes, 27 </w:t>
            </w:r>
            <w:r w:rsidRPr="006D7C22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octubre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  <w:p w14:paraId="0A8129C9" w14:textId="76D70EBE" w:rsidR="00CB5CBD" w:rsidRPr="006D7C22" w:rsidRDefault="00A8377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Empanada de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pollo 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Patata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apurada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Pan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avena</w:t>
            </w:r>
            <w:proofErr w:type="spellEnd"/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510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870</w:t>
            </w:r>
          </w:p>
        </w:tc>
        <w:tc>
          <w:tcPr>
            <w:tcW w:w="2327" w:type="dxa"/>
          </w:tcPr>
          <w:p w14:paraId="0CDCD83A" w14:textId="77777777" w:rsidR="00A83773" w:rsidRPr="00A83773" w:rsidRDefault="00A83773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proofErr w:type="spellStart"/>
            <w:r w:rsidRPr="00A83773">
              <w:rPr>
                <w:rFonts w:asciiTheme="majorHAnsi" w:hAnsiTheme="majorHAnsi" w:cstheme="majorHAnsi"/>
                <w:b/>
                <w:sz w:val="28"/>
                <w:szCs w:val="28"/>
              </w:rPr>
              <w:t>Miércoles</w:t>
            </w:r>
            <w:proofErr w:type="spellEnd"/>
            <w:r w:rsidRPr="00A8377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, 28 de </w:t>
            </w:r>
            <w:r w:rsidRPr="00A83773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proofErr w:type="spellStart"/>
            <w:r w:rsidRPr="00A83773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  <w:r w:rsidRPr="00A8377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</w:t>
            </w:r>
          </w:p>
          <w:p w14:paraId="182CAF1B" w14:textId="58C4B190" w:rsidR="00CB5CBD" w:rsidRPr="006D7C22" w:rsidRDefault="00A8377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• Jamón y queso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Quinoa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Salsa de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huerto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Pita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 • Zumo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535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70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830</w:t>
            </w:r>
          </w:p>
        </w:tc>
        <w:tc>
          <w:tcPr>
            <w:tcW w:w="2327" w:type="dxa"/>
          </w:tcPr>
          <w:p w14:paraId="21192D1A" w14:textId="77777777" w:rsidR="00A83773" w:rsidRPr="00A83773" w:rsidRDefault="00A83773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A8377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Jueves, 29 de </w:t>
            </w:r>
            <w:r w:rsidRPr="00A83773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  <w:proofErr w:type="spellStart"/>
            <w:r w:rsidRPr="00A83773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</w:p>
          <w:p w14:paraId="0546634C" w14:textId="3FDD1FC9" w:rsidR="00CB5CBD" w:rsidRPr="006D7C22" w:rsidRDefault="00A83773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Ternera y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brócoli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Arroz integral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• Pan de trigo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con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agua</w:t>
            </w:r>
            <w:proofErr w:type="spellEnd"/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610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875</w:t>
            </w:r>
          </w:p>
        </w:tc>
        <w:tc>
          <w:tcPr>
            <w:tcW w:w="2327" w:type="dxa"/>
          </w:tcPr>
          <w:p w14:paraId="34F7CD9C" w14:textId="77777777" w:rsidR="00F25CCE" w:rsidRPr="00F25CCE" w:rsidRDefault="00F25CCE">
            <w:pPr>
              <w:spacing w:after="40" w:line="240" w:lineRule="auto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F25CCE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Viernes, 30 </w:t>
            </w:r>
            <w:r w:rsidRPr="00F25CCE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  <w:t xml:space="preserve">de </w:t>
            </w:r>
            <w:proofErr w:type="spellStart"/>
            <w:r w:rsidRPr="00F25CCE">
              <w:rPr>
                <w:rFonts w:asciiTheme="majorHAnsi" w:hAnsiTheme="majorHAnsi" w:cstheme="majorHAnsi"/>
                <w:b/>
                <w:sz w:val="28"/>
                <w:szCs w:val="28"/>
              </w:rPr>
              <w:t>octubre</w:t>
            </w:r>
            <w:proofErr w:type="spellEnd"/>
          </w:p>
          <w:p w14:paraId="785C0ED5" w14:textId="2F2EE444" w:rsidR="00CB5CBD" w:rsidRPr="006D7C22" w:rsidRDefault="00F25CCE">
            <w:pPr>
              <w:spacing w:after="40"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Albóndigas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Salsa de vino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blanco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y pasta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 xml:space="preserve">• </w:t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Tomates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proofErr w:type="spellStart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>guisados</w:t>
            </w:r>
            <w:proofErr w:type="spellEnd"/>
            <w:r w:rsidRPr="006D7C22">
              <w:rPr>
                <w:rFonts w:asciiTheme="majorHAnsi" w:hAnsiTheme="majorHAnsi" w:cstheme="majorHAnsi"/>
                <w:sz w:val="28"/>
                <w:szCs w:val="28"/>
              </w:rPr>
              <w:t xml:space="preserve"> •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Pan de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cereales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M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Cal: 800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Carb: 60</w:t>
            </w:r>
            <w:r w:rsidR="006B3FE3" w:rsidRPr="006D7C22">
              <w:rPr>
                <w:rFonts w:asciiTheme="majorHAnsi" w:hAnsiTheme="majorHAnsi" w:cstheme="majorHAnsi"/>
                <w:sz w:val="28"/>
                <w:szCs w:val="28"/>
              </w:rPr>
              <w:br/>
              <w:t>Na: 555</w:t>
            </w:r>
          </w:p>
        </w:tc>
      </w:tr>
    </w:tbl>
    <w:p w14:paraId="2EE3108A" w14:textId="539B9BF7" w:rsidR="00F25CCE" w:rsidRPr="00F25CCE" w:rsidRDefault="00F25CCE" w:rsidP="00CE71C3">
      <w:pPr>
        <w:spacing w:before="24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Para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cancelar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comidas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,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por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favor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llame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al 978-686-1422 al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menos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24 horas antes del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servicio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. </w:t>
      </w:r>
      <w:r w:rsidRPr="00F25CCE">
        <w:rPr>
          <w:rFonts w:asciiTheme="majorHAnsi" w:hAnsiTheme="majorHAnsi" w:cstheme="majorHAnsi"/>
          <w:b/>
          <w:bCs/>
          <w:sz w:val="28"/>
          <w:szCs w:val="28"/>
        </w:rPr>
        <w:br/>
        <w:t xml:space="preserve">Se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sugiere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una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donación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confidencial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de 2,00 $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por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comida. Las cartas de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donación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se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envían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mensualmente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.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Menú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para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cambiar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sin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previo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aviso.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Traído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a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vosotros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por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la Ley de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Estadounidenses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Mayores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>.</w:t>
      </w:r>
    </w:p>
    <w:p w14:paraId="57FE58A5" w14:textId="77777777" w:rsidR="00F25CCE" w:rsidRPr="00F25CCE" w:rsidRDefault="00F25CCE" w:rsidP="00CE71C3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Se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envía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un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tentempié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o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fruta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con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cada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comida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que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contiene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menos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de 20 g de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carbohidratos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, entre 50 y 100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calorías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y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menos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de 100 mg de sodio, para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consumir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 xml:space="preserve"> entre </w:t>
      </w:r>
      <w:proofErr w:type="spellStart"/>
      <w:r w:rsidRPr="00F25CCE">
        <w:rPr>
          <w:rFonts w:asciiTheme="majorHAnsi" w:hAnsiTheme="majorHAnsi" w:cstheme="majorHAnsi"/>
          <w:b/>
          <w:bCs/>
          <w:sz w:val="28"/>
          <w:szCs w:val="28"/>
        </w:rPr>
        <w:t>comidas</w:t>
      </w:r>
      <w:proofErr w:type="spellEnd"/>
      <w:r w:rsidRPr="00F25CCE">
        <w:rPr>
          <w:rFonts w:asciiTheme="majorHAnsi" w:hAnsiTheme="majorHAnsi" w:cstheme="majorHAnsi"/>
          <w:b/>
          <w:bCs/>
          <w:sz w:val="28"/>
          <w:szCs w:val="28"/>
        </w:rPr>
        <w:t>.</w:t>
      </w:r>
    </w:p>
    <w:p w14:paraId="0D31F239" w14:textId="26CE4F00" w:rsidR="00CB5CBD" w:rsidRDefault="00CB5CBD"/>
    <w:sectPr w:rsidR="00CB5CBD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9872551">
    <w:abstractNumId w:val="8"/>
  </w:num>
  <w:num w:numId="2" w16cid:durableId="104156182">
    <w:abstractNumId w:val="6"/>
  </w:num>
  <w:num w:numId="3" w16cid:durableId="1741174172">
    <w:abstractNumId w:val="5"/>
  </w:num>
  <w:num w:numId="4" w16cid:durableId="154297273">
    <w:abstractNumId w:val="4"/>
  </w:num>
  <w:num w:numId="5" w16cid:durableId="348600534">
    <w:abstractNumId w:val="7"/>
  </w:num>
  <w:num w:numId="6" w16cid:durableId="471560784">
    <w:abstractNumId w:val="3"/>
  </w:num>
  <w:num w:numId="7" w16cid:durableId="961810550">
    <w:abstractNumId w:val="2"/>
  </w:num>
  <w:num w:numId="8" w16cid:durableId="385183844">
    <w:abstractNumId w:val="1"/>
  </w:num>
  <w:num w:numId="9" w16cid:durableId="1932810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41E"/>
    <w:rsid w:val="0015074B"/>
    <w:rsid w:val="0029639D"/>
    <w:rsid w:val="00326F90"/>
    <w:rsid w:val="00484357"/>
    <w:rsid w:val="006001EA"/>
    <w:rsid w:val="006B3FE3"/>
    <w:rsid w:val="006D7C22"/>
    <w:rsid w:val="00940B86"/>
    <w:rsid w:val="00A1588A"/>
    <w:rsid w:val="00A83773"/>
    <w:rsid w:val="00AA1D8D"/>
    <w:rsid w:val="00AA3383"/>
    <w:rsid w:val="00B47730"/>
    <w:rsid w:val="00CB0664"/>
    <w:rsid w:val="00CB5CBD"/>
    <w:rsid w:val="00F25C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721F53"/>
  <w14:defaultImageDpi w14:val="300"/>
  <w15:docId w15:val="{CB194CC5-5555-4275-9C0C-FBF11E54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529</Words>
  <Characters>2636</Characters>
  <Application>Microsoft Office Word</Application>
  <DocSecurity>0</DocSecurity>
  <Lines>292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6</cp:revision>
  <dcterms:created xsi:type="dcterms:W3CDTF">2026-09-22T21:36:00Z</dcterms:created>
  <dcterms:modified xsi:type="dcterms:W3CDTF">2026-09-22T21:41:00Z</dcterms:modified>
  <cp:category/>
</cp:coreProperties>
</file>