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F741C" w14:textId="1654EE03" w:rsidR="00CB5CBD" w:rsidRPr="006D7C22" w:rsidRDefault="006B3FE3" w:rsidP="006D7C22">
      <w:pPr>
        <w:spacing w:after="0" w:line="240" w:lineRule="auto"/>
        <w:jc w:val="center"/>
        <w:rPr>
          <w:rFonts w:asciiTheme="majorHAnsi" w:hAnsiTheme="majorHAnsi" w:cstheme="majorHAnsi"/>
          <w:sz w:val="28"/>
          <w:szCs w:val="28"/>
        </w:rPr>
      </w:pPr>
      <w:r w:rsidRPr="006D7C22">
        <w:rPr>
          <w:rFonts w:asciiTheme="majorHAnsi" w:hAnsiTheme="majorHAnsi" w:cstheme="majorHAnsi"/>
          <w:b/>
          <w:sz w:val="28"/>
          <w:szCs w:val="28"/>
        </w:rPr>
        <w:t xml:space="preserve">October </w:t>
      </w:r>
      <w:r w:rsidR="006D7C22">
        <w:rPr>
          <w:rFonts w:asciiTheme="majorHAnsi" w:hAnsiTheme="majorHAnsi" w:cstheme="majorHAnsi"/>
          <w:b/>
          <w:sz w:val="28"/>
          <w:szCs w:val="28"/>
        </w:rPr>
        <w:t>Cardiac Diabetic</w:t>
      </w:r>
      <w:r w:rsidRPr="006D7C22">
        <w:rPr>
          <w:rFonts w:asciiTheme="majorHAnsi" w:hAnsiTheme="majorHAnsi" w:cstheme="majorHAnsi"/>
          <w:b/>
          <w:sz w:val="28"/>
          <w:szCs w:val="28"/>
        </w:rPr>
        <w:t xml:space="preserve"> Menu 2026</w:t>
      </w:r>
    </w:p>
    <w:p w14:paraId="115619D6" w14:textId="77777777" w:rsidR="00CB5CBD" w:rsidRPr="006D7C22" w:rsidRDefault="006B3FE3" w:rsidP="006D7C22">
      <w:pPr>
        <w:spacing w:after="0" w:line="240" w:lineRule="auto"/>
        <w:jc w:val="center"/>
        <w:rPr>
          <w:rFonts w:asciiTheme="majorHAnsi" w:hAnsiTheme="majorHAnsi" w:cstheme="majorHAnsi"/>
          <w:sz w:val="28"/>
          <w:szCs w:val="28"/>
        </w:rPr>
      </w:pPr>
      <w:r w:rsidRPr="006D7C22">
        <w:rPr>
          <w:rFonts w:asciiTheme="majorHAnsi" w:hAnsiTheme="majorHAnsi" w:cstheme="majorHAnsi"/>
          <w:sz w:val="28"/>
          <w:szCs w:val="28"/>
        </w:rPr>
        <w:t>Key: Cal = Calories, Carb = Carbohydrates, Na = Sodium</w:t>
      </w:r>
      <w:r w:rsidRPr="006D7C22">
        <w:rPr>
          <w:rFonts w:asciiTheme="majorHAnsi" w:hAnsiTheme="majorHAnsi" w:cstheme="majorHAnsi"/>
          <w:sz w:val="28"/>
          <w:szCs w:val="28"/>
        </w:rPr>
        <w:br/>
        <w:t>Nutrition Questions? Contact Leigh @ 978-651-3023 or lhartwell@agespan.org</w:t>
      </w:r>
    </w:p>
    <w:tbl>
      <w:tblPr>
        <w:tblW w:w="116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7"/>
        <w:gridCol w:w="2327"/>
        <w:gridCol w:w="2327"/>
        <w:gridCol w:w="2327"/>
        <w:gridCol w:w="2327"/>
      </w:tblGrid>
      <w:tr w:rsidR="006D7C22" w:rsidRPr="006D7C22" w14:paraId="69D0FAD1" w14:textId="77777777" w:rsidTr="006D7C22">
        <w:trPr>
          <w:trHeight w:val="3819"/>
          <w:jc w:val="center"/>
        </w:trPr>
        <w:tc>
          <w:tcPr>
            <w:tcW w:w="2327" w:type="dxa"/>
          </w:tcPr>
          <w:p w14:paraId="2F29DB0B" w14:textId="73BF620D" w:rsidR="006D7C22" w:rsidRPr="006D7C22" w:rsidRDefault="006D7C22" w:rsidP="006D7C22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t>Thursday, October 1</w:t>
            </w:r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• Pot Roast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• Beets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• Butternut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• M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ultigrain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 Bread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Cal: 440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Carb: 55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Na: 660</w:t>
            </w:r>
          </w:p>
        </w:tc>
        <w:tc>
          <w:tcPr>
            <w:tcW w:w="2327" w:type="dxa"/>
          </w:tcPr>
          <w:p w14:paraId="73C50697" w14:textId="13418D16" w:rsidR="006D7C22" w:rsidRPr="006D7C22" w:rsidRDefault="006D7C22" w:rsidP="006D7C22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t>Friday, October 2</w:t>
            </w:r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• Omelet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• 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Turkey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 Sausage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• R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oa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sted Potato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• Capri Veg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• Roll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Cal: 640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Carb: 60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Na: 895</w:t>
            </w:r>
          </w:p>
        </w:tc>
        <w:tc>
          <w:tcPr>
            <w:tcW w:w="2327" w:type="dxa"/>
          </w:tcPr>
          <w:p w14:paraId="689AC7A3" w14:textId="77777777" w:rsidR="006D7C22" w:rsidRPr="006D7C22" w:rsidRDefault="006D7C22" w:rsidP="006D7C22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2327" w:type="dxa"/>
          </w:tcPr>
          <w:p w14:paraId="14E9B0ED" w14:textId="2CDDB431" w:rsidR="006D7C22" w:rsidRPr="006D7C22" w:rsidRDefault="006D7C22" w:rsidP="006D7C22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2327" w:type="dxa"/>
          </w:tcPr>
          <w:p w14:paraId="64353F79" w14:textId="3F4DF5DB" w:rsidR="006D7C22" w:rsidRPr="006D7C22" w:rsidRDefault="006D7C22" w:rsidP="006D7C22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CB5CBD" w:rsidRPr="006D7C22" w14:paraId="331817B8" w14:textId="77777777" w:rsidTr="006D7C22">
        <w:trPr>
          <w:trHeight w:val="3831"/>
          <w:jc w:val="center"/>
        </w:trPr>
        <w:tc>
          <w:tcPr>
            <w:tcW w:w="2327" w:type="dxa"/>
          </w:tcPr>
          <w:p w14:paraId="1133196B" w14:textId="417ADF54" w:rsidR="00CB5CBD" w:rsidRPr="006D7C22" w:rsidRDefault="006B3FE3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t>Monday, October 5</w:t>
            </w:r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• Chicken </w:t>
            </w:r>
            <w:r w:rsidR="006D7C22">
              <w:rPr>
                <w:rFonts w:asciiTheme="majorHAnsi" w:hAnsiTheme="majorHAnsi" w:cstheme="majorHAnsi"/>
                <w:sz w:val="28"/>
                <w:szCs w:val="28"/>
              </w:rPr>
              <w:t>and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 Black Beans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• Rice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• L</w:t>
            </w:r>
            <w:r w:rsidR="006D7C22">
              <w:rPr>
                <w:rFonts w:asciiTheme="majorHAnsi" w:hAnsiTheme="majorHAnsi" w:cstheme="majorHAnsi"/>
                <w:sz w:val="28"/>
                <w:szCs w:val="28"/>
              </w:rPr>
              <w:t xml:space="preserve">ow 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S</w:t>
            </w:r>
            <w:r w:rsidR="006D7C22">
              <w:rPr>
                <w:rFonts w:asciiTheme="majorHAnsi" w:hAnsiTheme="majorHAnsi" w:cstheme="majorHAnsi"/>
                <w:sz w:val="28"/>
                <w:szCs w:val="28"/>
              </w:rPr>
              <w:t>odium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 Bread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Cal: 600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Carb: 70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Na: 815</w:t>
            </w:r>
          </w:p>
        </w:tc>
        <w:tc>
          <w:tcPr>
            <w:tcW w:w="2327" w:type="dxa"/>
          </w:tcPr>
          <w:p w14:paraId="7062CA27" w14:textId="061CCFB7" w:rsidR="00CB5CBD" w:rsidRPr="006D7C22" w:rsidRDefault="006B3FE3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t>Tuesday, October 6</w:t>
            </w:r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• Meatloaf </w:t>
            </w:r>
            <w:r w:rsidR="006D7C22">
              <w:rPr>
                <w:rFonts w:asciiTheme="majorHAnsi" w:hAnsiTheme="majorHAnsi" w:cstheme="majorHAnsi"/>
                <w:sz w:val="28"/>
                <w:szCs w:val="28"/>
              </w:rPr>
              <w:t>and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 Gravy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• M</w:t>
            </w:r>
            <w:r w:rsidR="006D7C22">
              <w:rPr>
                <w:rFonts w:asciiTheme="majorHAnsi" w:hAnsiTheme="majorHAnsi" w:cstheme="majorHAnsi"/>
                <w:sz w:val="28"/>
                <w:szCs w:val="28"/>
              </w:rPr>
              <w:t>a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sh</w:t>
            </w:r>
            <w:r w:rsidR="006D7C22">
              <w:rPr>
                <w:rFonts w:asciiTheme="majorHAnsi" w:hAnsiTheme="majorHAnsi" w:cstheme="majorHAnsi"/>
                <w:sz w:val="28"/>
                <w:szCs w:val="28"/>
              </w:rPr>
              <w:t>e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d Potato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• Carrots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• Roll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Cal: 580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Carb: 70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Na: 560</w:t>
            </w:r>
          </w:p>
        </w:tc>
        <w:tc>
          <w:tcPr>
            <w:tcW w:w="2327" w:type="dxa"/>
          </w:tcPr>
          <w:p w14:paraId="18F2216C" w14:textId="24430C6B" w:rsidR="00CB5CBD" w:rsidRPr="006D7C22" w:rsidRDefault="006B3FE3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t>Wednesday, October 7</w:t>
            </w:r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• Rosemary Pork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• Butternut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• Pears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• W</w:t>
            </w:r>
            <w:r w:rsidR="006D7C22">
              <w:rPr>
                <w:rFonts w:asciiTheme="majorHAnsi" w:hAnsiTheme="majorHAnsi" w:cstheme="majorHAnsi"/>
                <w:sz w:val="28"/>
                <w:szCs w:val="28"/>
              </w:rPr>
              <w:t xml:space="preserve">hole 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W</w:t>
            </w:r>
            <w:r w:rsidR="006D7C22">
              <w:rPr>
                <w:rFonts w:asciiTheme="majorHAnsi" w:hAnsiTheme="majorHAnsi" w:cstheme="majorHAnsi"/>
                <w:sz w:val="28"/>
                <w:szCs w:val="28"/>
              </w:rPr>
              <w:t>heat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 Bread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Cal: 615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Carb: 70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Na: 540</w:t>
            </w:r>
          </w:p>
        </w:tc>
        <w:tc>
          <w:tcPr>
            <w:tcW w:w="2327" w:type="dxa"/>
          </w:tcPr>
          <w:p w14:paraId="1BF8EB67" w14:textId="1E8E68E5" w:rsidR="00CB5CBD" w:rsidRPr="006D7C22" w:rsidRDefault="006B3FE3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t>Thursday, October 8</w:t>
            </w:r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• Breaded Fish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• Sw</w:t>
            </w:r>
            <w:r w:rsidR="006D7C22">
              <w:rPr>
                <w:rFonts w:asciiTheme="majorHAnsi" w:hAnsiTheme="majorHAnsi" w:cstheme="majorHAnsi"/>
                <w:sz w:val="28"/>
                <w:szCs w:val="28"/>
              </w:rPr>
              <w:t>ee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t Potato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• Cauliflower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• M</w:t>
            </w:r>
            <w:r w:rsidR="006D7C22">
              <w:rPr>
                <w:rFonts w:asciiTheme="majorHAnsi" w:hAnsiTheme="majorHAnsi" w:cstheme="majorHAnsi"/>
                <w:sz w:val="28"/>
                <w:szCs w:val="28"/>
              </w:rPr>
              <w:t>ultigrain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 Bread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Cal: 620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Carb: 70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Na: 740</w:t>
            </w:r>
          </w:p>
        </w:tc>
        <w:tc>
          <w:tcPr>
            <w:tcW w:w="2327" w:type="dxa"/>
          </w:tcPr>
          <w:p w14:paraId="376B869D" w14:textId="03B9263A" w:rsidR="00CB5CBD" w:rsidRPr="006D7C22" w:rsidRDefault="006B3FE3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t>Friday, October 9</w:t>
            </w:r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• Stuffed Shells </w:t>
            </w:r>
            <w:r w:rsidR="006D7C22">
              <w:rPr>
                <w:rFonts w:asciiTheme="majorHAnsi" w:hAnsiTheme="majorHAnsi" w:cstheme="majorHAnsi"/>
                <w:sz w:val="28"/>
                <w:szCs w:val="28"/>
              </w:rPr>
              <w:t>and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 Marinara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• Capri Veg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• Oat Bread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Cal: 495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Carb: 70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Na: 900</w:t>
            </w:r>
          </w:p>
        </w:tc>
      </w:tr>
      <w:tr w:rsidR="00CB5CBD" w:rsidRPr="006D7C22" w14:paraId="2B330E59" w14:textId="77777777" w:rsidTr="006D7C22">
        <w:trPr>
          <w:trHeight w:val="3819"/>
          <w:jc w:val="center"/>
        </w:trPr>
        <w:tc>
          <w:tcPr>
            <w:tcW w:w="2327" w:type="dxa"/>
          </w:tcPr>
          <w:p w14:paraId="3E52A9C9" w14:textId="77777777" w:rsidR="00CB5CBD" w:rsidRPr="006D7C22" w:rsidRDefault="006B3FE3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t>Monday, October 12</w:t>
            </w:r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• No Meals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• Indigenous Peoples’ Day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</w:p>
        </w:tc>
        <w:tc>
          <w:tcPr>
            <w:tcW w:w="2327" w:type="dxa"/>
          </w:tcPr>
          <w:p w14:paraId="044869DA" w14:textId="1FCC8FE2" w:rsidR="00CB5CBD" w:rsidRPr="006D7C22" w:rsidRDefault="006B3FE3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t>Tuesday, October 13</w:t>
            </w:r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• Stuffed Chicken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• Rice Pilaf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• Beets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• L</w:t>
            </w:r>
            <w:r w:rsidR="006D7C22">
              <w:rPr>
                <w:rFonts w:asciiTheme="majorHAnsi" w:hAnsiTheme="majorHAnsi" w:cstheme="majorHAnsi"/>
                <w:sz w:val="28"/>
                <w:szCs w:val="28"/>
              </w:rPr>
              <w:t>ow Sodium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 Bread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Cal: 575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Carb: 65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Na: 800</w:t>
            </w:r>
          </w:p>
        </w:tc>
        <w:tc>
          <w:tcPr>
            <w:tcW w:w="2327" w:type="dxa"/>
          </w:tcPr>
          <w:p w14:paraId="69117DE6" w14:textId="139C9405" w:rsidR="00CB5CBD" w:rsidRPr="006D7C22" w:rsidRDefault="006B3FE3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t>Wednesday, October 14</w:t>
            </w:r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• Beef </w:t>
            </w:r>
            <w:r w:rsidR="006D7C22">
              <w:rPr>
                <w:rFonts w:asciiTheme="majorHAnsi" w:hAnsiTheme="majorHAnsi" w:cstheme="majorHAnsi"/>
                <w:sz w:val="28"/>
                <w:szCs w:val="28"/>
              </w:rPr>
              <w:t>and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 Vegetable Stew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• M</w:t>
            </w:r>
            <w:r w:rsidR="006D7C22">
              <w:rPr>
                <w:rFonts w:asciiTheme="majorHAnsi" w:hAnsiTheme="majorHAnsi" w:cstheme="majorHAnsi"/>
                <w:sz w:val="28"/>
                <w:szCs w:val="28"/>
              </w:rPr>
              <w:t>a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sh</w:t>
            </w:r>
            <w:r w:rsidR="006D7C22">
              <w:rPr>
                <w:rFonts w:asciiTheme="majorHAnsi" w:hAnsiTheme="majorHAnsi" w:cstheme="majorHAnsi"/>
                <w:sz w:val="28"/>
                <w:szCs w:val="28"/>
              </w:rPr>
              <w:t>e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d Potato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• Roll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Cal: 585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Carb: 70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Na: 690</w:t>
            </w:r>
          </w:p>
        </w:tc>
        <w:tc>
          <w:tcPr>
            <w:tcW w:w="2327" w:type="dxa"/>
          </w:tcPr>
          <w:p w14:paraId="5F17D91D" w14:textId="221C6904" w:rsidR="00CB5CBD" w:rsidRPr="006D7C22" w:rsidRDefault="006B3FE3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t>Thursday, October 15</w:t>
            </w:r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• B</w:t>
            </w:r>
            <w:r w:rsidR="006D7C22">
              <w:rPr>
                <w:rFonts w:asciiTheme="majorHAnsi" w:hAnsiTheme="majorHAnsi" w:cstheme="majorHAnsi"/>
                <w:sz w:val="28"/>
                <w:szCs w:val="28"/>
              </w:rPr>
              <w:t>irth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day: Cold </w:t>
            </w:r>
            <w:proofErr w:type="spellStart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Cken</w:t>
            </w:r>
            <w:proofErr w:type="spellEnd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 Salad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• Garden Salad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• Bean Salad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• Pita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Cal: 560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Carb: 55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Na: 880</w:t>
            </w:r>
          </w:p>
        </w:tc>
        <w:tc>
          <w:tcPr>
            <w:tcW w:w="2327" w:type="dxa"/>
          </w:tcPr>
          <w:p w14:paraId="30F11157" w14:textId="5C09E9D8" w:rsidR="00CB5CBD" w:rsidRPr="006D7C22" w:rsidRDefault="006B3FE3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t>Friday, October 16</w:t>
            </w:r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• Ravioli </w:t>
            </w:r>
            <w:r w:rsidR="006D7C22">
              <w:rPr>
                <w:rFonts w:asciiTheme="majorHAnsi" w:hAnsiTheme="majorHAnsi" w:cstheme="majorHAnsi"/>
                <w:sz w:val="28"/>
                <w:szCs w:val="28"/>
              </w:rPr>
              <w:t>and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 Turkey Bolognese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• Broccoli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• Oat bread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Cal: 615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Carb: 70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Na: 875</w:t>
            </w:r>
          </w:p>
        </w:tc>
      </w:tr>
      <w:tr w:rsidR="00CB5CBD" w:rsidRPr="006D7C22" w14:paraId="4E213F0E" w14:textId="77777777" w:rsidTr="006D7C22">
        <w:trPr>
          <w:trHeight w:val="1727"/>
          <w:jc w:val="center"/>
        </w:trPr>
        <w:tc>
          <w:tcPr>
            <w:tcW w:w="2327" w:type="dxa"/>
          </w:tcPr>
          <w:p w14:paraId="60BA3AB5" w14:textId="1EE84053" w:rsidR="00CB5CBD" w:rsidRPr="006D7C22" w:rsidRDefault="006B3FE3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t>Monday, October 19</w:t>
            </w:r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• Turkey Burger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• M</w:t>
            </w:r>
            <w:r w:rsidR="006D7C22">
              <w:rPr>
                <w:rFonts w:asciiTheme="majorHAnsi" w:hAnsiTheme="majorHAnsi" w:cstheme="majorHAnsi"/>
                <w:sz w:val="28"/>
                <w:szCs w:val="28"/>
              </w:rPr>
              <w:t>a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sh</w:t>
            </w:r>
            <w:r w:rsidR="006D7C22">
              <w:rPr>
                <w:rFonts w:asciiTheme="majorHAnsi" w:hAnsiTheme="majorHAnsi" w:cstheme="majorHAnsi"/>
                <w:sz w:val="28"/>
                <w:szCs w:val="28"/>
              </w:rPr>
              <w:t>e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d Potato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• Green Beans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lastRenderedPageBreak/>
              <w:t>• L</w:t>
            </w:r>
            <w:r w:rsidR="006D7C22">
              <w:rPr>
                <w:rFonts w:asciiTheme="majorHAnsi" w:hAnsiTheme="majorHAnsi" w:cstheme="majorHAnsi"/>
                <w:sz w:val="28"/>
                <w:szCs w:val="28"/>
              </w:rPr>
              <w:t xml:space="preserve">ow 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S</w:t>
            </w:r>
            <w:r w:rsidR="006D7C22">
              <w:rPr>
                <w:rFonts w:asciiTheme="majorHAnsi" w:hAnsiTheme="majorHAnsi" w:cstheme="majorHAnsi"/>
                <w:sz w:val="28"/>
                <w:szCs w:val="28"/>
              </w:rPr>
              <w:t>odium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 Bread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Cal: 535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Carb: 55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Na: 790</w:t>
            </w:r>
          </w:p>
        </w:tc>
        <w:tc>
          <w:tcPr>
            <w:tcW w:w="2327" w:type="dxa"/>
          </w:tcPr>
          <w:p w14:paraId="636B0B71" w14:textId="77777777" w:rsidR="00CB5CBD" w:rsidRPr="006D7C22" w:rsidRDefault="006B3FE3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lastRenderedPageBreak/>
              <w:t>Tuesday, October 20</w:t>
            </w:r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• American Chop Suey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• Cauliflower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lastRenderedPageBreak/>
              <w:t>• Roll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Cal: 575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Carb: 70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Na: 690</w:t>
            </w:r>
          </w:p>
        </w:tc>
        <w:tc>
          <w:tcPr>
            <w:tcW w:w="2327" w:type="dxa"/>
          </w:tcPr>
          <w:p w14:paraId="1CA2D827" w14:textId="1EA85A18" w:rsidR="00CB5CBD" w:rsidRPr="006D7C22" w:rsidRDefault="006B3FE3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lastRenderedPageBreak/>
              <w:t>Wednesday, October 21</w:t>
            </w:r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• Garlic </w:t>
            </w:r>
            <w:r w:rsidR="006D7C22">
              <w:rPr>
                <w:rFonts w:asciiTheme="majorHAnsi" w:hAnsiTheme="majorHAnsi" w:cstheme="majorHAnsi"/>
                <w:sz w:val="28"/>
                <w:szCs w:val="28"/>
              </w:rPr>
              <w:t>and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 Herb Chicken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• Sw</w:t>
            </w:r>
            <w:r w:rsidR="006D7C22">
              <w:rPr>
                <w:rFonts w:asciiTheme="majorHAnsi" w:hAnsiTheme="majorHAnsi" w:cstheme="majorHAnsi"/>
                <w:sz w:val="28"/>
                <w:szCs w:val="28"/>
              </w:rPr>
              <w:t>ee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t Potato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lastRenderedPageBreak/>
              <w:t>• Capri Veg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• M</w:t>
            </w:r>
            <w:r w:rsidR="006D7C22">
              <w:rPr>
                <w:rFonts w:asciiTheme="majorHAnsi" w:hAnsiTheme="majorHAnsi" w:cstheme="majorHAnsi"/>
                <w:sz w:val="28"/>
                <w:szCs w:val="28"/>
              </w:rPr>
              <w:t>ultigrain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 Bread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Cal: 570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Carb: 65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Na: 830</w:t>
            </w:r>
          </w:p>
        </w:tc>
        <w:tc>
          <w:tcPr>
            <w:tcW w:w="2327" w:type="dxa"/>
          </w:tcPr>
          <w:p w14:paraId="739E5EA5" w14:textId="62AEC815" w:rsidR="006D7C22" w:rsidRDefault="006B3FE3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lastRenderedPageBreak/>
              <w:t>Thursday, October 22</w:t>
            </w:r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• Special</w:t>
            </w:r>
          </w:p>
          <w:p w14:paraId="2E4B0B70" w14:textId="61A8AAA4" w:rsidR="00CB5CBD" w:rsidRPr="006D7C22" w:rsidRDefault="006D7C22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• Pork 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and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 Apples</w:t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• Butternut</w:t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lastRenderedPageBreak/>
              <w:t>• B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russels </w:t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t>Sprouts</w:t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• WW Bread</w:t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t>Cal: 565</w:t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Carb: 65</w:t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Na: 570</w:t>
            </w:r>
          </w:p>
        </w:tc>
        <w:tc>
          <w:tcPr>
            <w:tcW w:w="2327" w:type="dxa"/>
          </w:tcPr>
          <w:p w14:paraId="1002952B" w14:textId="0F73E64E" w:rsidR="00CB5CBD" w:rsidRPr="006D7C22" w:rsidRDefault="006B3FE3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lastRenderedPageBreak/>
              <w:t>Friday, October 23</w:t>
            </w:r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• Garlic Lemon Fish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• Rice </w:t>
            </w:r>
            <w:r w:rsidR="006D7C22">
              <w:rPr>
                <w:rFonts w:asciiTheme="majorHAnsi" w:hAnsiTheme="majorHAnsi" w:cstheme="majorHAnsi"/>
                <w:sz w:val="28"/>
                <w:szCs w:val="28"/>
              </w:rPr>
              <w:t>and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 Beans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lastRenderedPageBreak/>
              <w:t>• Beets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• Oat Bread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Cal: 555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Carb: 55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Na: 775</w:t>
            </w:r>
          </w:p>
        </w:tc>
      </w:tr>
      <w:tr w:rsidR="00CB5CBD" w:rsidRPr="006D7C22" w14:paraId="7EB1F25E" w14:textId="77777777" w:rsidTr="006D7C22">
        <w:trPr>
          <w:trHeight w:val="4170"/>
          <w:jc w:val="center"/>
        </w:trPr>
        <w:tc>
          <w:tcPr>
            <w:tcW w:w="2327" w:type="dxa"/>
          </w:tcPr>
          <w:p w14:paraId="6C7CCAE8" w14:textId="5E5F4C0B" w:rsidR="00CB5CBD" w:rsidRPr="006D7C22" w:rsidRDefault="006B3FE3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lastRenderedPageBreak/>
              <w:t>Monday, October 26</w:t>
            </w:r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• Beef </w:t>
            </w:r>
            <w:r w:rsidR="006D7C22">
              <w:rPr>
                <w:rFonts w:asciiTheme="majorHAnsi" w:hAnsiTheme="majorHAnsi" w:cstheme="majorHAnsi"/>
                <w:sz w:val="28"/>
                <w:szCs w:val="28"/>
              </w:rPr>
              <w:t>and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 Bean Chili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• Blueberries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• Roll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Cal: 500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Carb: 60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Na: 645</w:t>
            </w:r>
          </w:p>
        </w:tc>
        <w:tc>
          <w:tcPr>
            <w:tcW w:w="2327" w:type="dxa"/>
          </w:tcPr>
          <w:p w14:paraId="0A8129C9" w14:textId="663EC955" w:rsidR="00CB5CBD" w:rsidRPr="006D7C22" w:rsidRDefault="006B3FE3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t>Tuesday, October 27</w:t>
            </w:r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• Chicken Pot Pie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• M</w:t>
            </w:r>
            <w:r w:rsidR="006D7C22">
              <w:rPr>
                <w:rFonts w:asciiTheme="majorHAnsi" w:hAnsiTheme="majorHAnsi" w:cstheme="majorHAnsi"/>
                <w:sz w:val="28"/>
                <w:szCs w:val="28"/>
              </w:rPr>
              <w:t>a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shed Potato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• Oat Bread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Cal: 510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Carb: 70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Na: 870</w:t>
            </w:r>
          </w:p>
        </w:tc>
        <w:tc>
          <w:tcPr>
            <w:tcW w:w="2327" w:type="dxa"/>
          </w:tcPr>
          <w:p w14:paraId="182CAF1B" w14:textId="3494A7E4" w:rsidR="00CB5CBD" w:rsidRPr="006D7C22" w:rsidRDefault="006B3FE3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t>Wednesday, October 28</w:t>
            </w:r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• Ham </w:t>
            </w:r>
            <w:r w:rsidR="006D7C22">
              <w:rPr>
                <w:rFonts w:asciiTheme="majorHAnsi" w:hAnsiTheme="majorHAnsi" w:cstheme="majorHAnsi"/>
                <w:sz w:val="28"/>
                <w:szCs w:val="28"/>
              </w:rPr>
              <w:t>and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 Cheese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• Quinoa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• Garden Sald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• Pita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• Juice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Cal: 535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Carb: 70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Na: 830</w:t>
            </w:r>
          </w:p>
        </w:tc>
        <w:tc>
          <w:tcPr>
            <w:tcW w:w="2327" w:type="dxa"/>
          </w:tcPr>
          <w:p w14:paraId="0546634C" w14:textId="4A33754F" w:rsidR="00CB5CBD" w:rsidRPr="006D7C22" w:rsidRDefault="006B3FE3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t>Thursday, October 29</w:t>
            </w:r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• Beef </w:t>
            </w:r>
            <w:r w:rsidR="006D7C22">
              <w:rPr>
                <w:rFonts w:asciiTheme="majorHAnsi" w:hAnsiTheme="majorHAnsi" w:cstheme="majorHAnsi"/>
                <w:sz w:val="28"/>
                <w:szCs w:val="28"/>
              </w:rPr>
              <w:t>and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 Broccoli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• Brown Rice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• W</w:t>
            </w:r>
            <w:r w:rsidR="006D7C22">
              <w:rPr>
                <w:rFonts w:asciiTheme="majorHAnsi" w:hAnsiTheme="majorHAnsi" w:cstheme="majorHAnsi"/>
                <w:sz w:val="28"/>
                <w:szCs w:val="28"/>
              </w:rPr>
              <w:t>hole Wheat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 Bread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Cal: 610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Carb: 60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Na: 875</w:t>
            </w:r>
          </w:p>
        </w:tc>
        <w:tc>
          <w:tcPr>
            <w:tcW w:w="2327" w:type="dxa"/>
          </w:tcPr>
          <w:p w14:paraId="785C0ED5" w14:textId="4886D62D" w:rsidR="00CB5CBD" w:rsidRPr="006D7C22" w:rsidRDefault="006B3FE3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t>Friday, October 30</w:t>
            </w:r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• Meatballs White Wine Sauce </w:t>
            </w:r>
            <w:r w:rsidR="006D7C22">
              <w:rPr>
                <w:rFonts w:asciiTheme="majorHAnsi" w:hAnsiTheme="majorHAnsi" w:cstheme="majorHAnsi"/>
                <w:sz w:val="28"/>
                <w:szCs w:val="28"/>
              </w:rPr>
              <w:t>and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 Pasta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• Stewed Tomatoes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• M</w:t>
            </w:r>
            <w:r w:rsidR="006D7C22">
              <w:rPr>
                <w:rFonts w:asciiTheme="majorHAnsi" w:hAnsiTheme="majorHAnsi" w:cstheme="majorHAnsi"/>
                <w:sz w:val="28"/>
                <w:szCs w:val="28"/>
              </w:rPr>
              <w:t>ultigrain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 Bread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Cal: 800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Carb: 60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Na: 555</w:t>
            </w:r>
          </w:p>
        </w:tc>
      </w:tr>
    </w:tbl>
    <w:p w14:paraId="0BABFD0F" w14:textId="77777777" w:rsidR="00CB5CBD" w:rsidRPr="006D7C22" w:rsidRDefault="006B3FE3" w:rsidP="006D7C22">
      <w:pPr>
        <w:spacing w:before="240"/>
        <w:jc w:val="center"/>
        <w:rPr>
          <w:rFonts w:asciiTheme="majorHAnsi" w:hAnsiTheme="majorHAnsi" w:cstheme="majorHAnsi"/>
          <w:sz w:val="28"/>
          <w:szCs w:val="28"/>
        </w:rPr>
      </w:pPr>
      <w:r w:rsidRPr="006D7C22">
        <w:rPr>
          <w:rFonts w:asciiTheme="majorHAnsi" w:hAnsiTheme="majorHAnsi" w:cstheme="majorHAnsi"/>
          <w:sz w:val="28"/>
          <w:szCs w:val="28"/>
        </w:rPr>
        <w:t>To Cancel Meals please call 978-686-1422 at least 24 hours prior to service.</w:t>
      </w:r>
      <w:r w:rsidRPr="006D7C22">
        <w:rPr>
          <w:rFonts w:asciiTheme="majorHAnsi" w:hAnsiTheme="majorHAnsi" w:cstheme="majorHAnsi"/>
          <w:sz w:val="28"/>
          <w:szCs w:val="28"/>
        </w:rPr>
        <w:br/>
        <w:t>A $2.00 confidential donation is suggested per meal. Donation letters are mailed monthly.</w:t>
      </w:r>
      <w:r w:rsidRPr="006D7C22">
        <w:rPr>
          <w:rFonts w:asciiTheme="majorHAnsi" w:hAnsiTheme="majorHAnsi" w:cstheme="majorHAnsi"/>
          <w:sz w:val="28"/>
          <w:szCs w:val="28"/>
        </w:rPr>
        <w:br/>
      </w:r>
      <w:r w:rsidRPr="006D7C22">
        <w:rPr>
          <w:rFonts w:asciiTheme="majorHAnsi" w:hAnsiTheme="majorHAnsi" w:cstheme="majorHAnsi"/>
          <w:sz w:val="28"/>
          <w:szCs w:val="28"/>
        </w:rPr>
        <w:t>Menu to Change Without Notice. Brought to you by the Older Americans Act.</w:t>
      </w:r>
    </w:p>
    <w:p w14:paraId="6017D421" w14:textId="77777777" w:rsidR="00CB5CBD" w:rsidRPr="006D7C22" w:rsidRDefault="006B3FE3" w:rsidP="006D7C22">
      <w:pPr>
        <w:jc w:val="center"/>
        <w:rPr>
          <w:rFonts w:asciiTheme="majorHAnsi" w:hAnsiTheme="majorHAnsi" w:cstheme="majorHAnsi"/>
          <w:sz w:val="28"/>
          <w:szCs w:val="28"/>
        </w:rPr>
      </w:pPr>
      <w:r w:rsidRPr="006D7C22">
        <w:rPr>
          <w:rFonts w:asciiTheme="majorHAnsi" w:hAnsiTheme="majorHAnsi" w:cstheme="majorHAnsi"/>
          <w:sz w:val="28"/>
          <w:szCs w:val="28"/>
        </w:rPr>
        <w:t>A snack or fruit is sent with each meal containing less than 20g of carbohydrates, between 50–100 calories and under 100mg of sodium, to be eaten between meals.</w:t>
      </w:r>
    </w:p>
    <w:p w14:paraId="0D31F239" w14:textId="26CE4F00" w:rsidR="00CB5CBD" w:rsidRDefault="00CB5CBD"/>
    <w:sectPr w:rsidR="00CB5CBD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99872551">
    <w:abstractNumId w:val="8"/>
  </w:num>
  <w:num w:numId="2" w16cid:durableId="104156182">
    <w:abstractNumId w:val="6"/>
  </w:num>
  <w:num w:numId="3" w16cid:durableId="1741174172">
    <w:abstractNumId w:val="5"/>
  </w:num>
  <w:num w:numId="4" w16cid:durableId="154297273">
    <w:abstractNumId w:val="4"/>
  </w:num>
  <w:num w:numId="5" w16cid:durableId="348600534">
    <w:abstractNumId w:val="7"/>
  </w:num>
  <w:num w:numId="6" w16cid:durableId="471560784">
    <w:abstractNumId w:val="3"/>
  </w:num>
  <w:num w:numId="7" w16cid:durableId="961810550">
    <w:abstractNumId w:val="2"/>
  </w:num>
  <w:num w:numId="8" w16cid:durableId="385183844">
    <w:abstractNumId w:val="1"/>
  </w:num>
  <w:num w:numId="9" w16cid:durableId="1932810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84357"/>
    <w:rsid w:val="006B3FE3"/>
    <w:rsid w:val="006D7C22"/>
    <w:rsid w:val="00940B86"/>
    <w:rsid w:val="00AA1D8D"/>
    <w:rsid w:val="00B47730"/>
    <w:rsid w:val="00CB0664"/>
    <w:rsid w:val="00CB5CB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721F53"/>
  <w14:defaultImageDpi w14:val="300"/>
  <w15:docId w15:val="{CB194CC5-5555-4275-9C0C-FBF11E549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2355</Characters>
  <Application>Microsoft Office Word</Application>
  <DocSecurity>0</DocSecurity>
  <Lines>214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Leigh Hartwell</cp:lastModifiedBy>
  <cp:revision>2</cp:revision>
  <dcterms:created xsi:type="dcterms:W3CDTF">2026-09-22T19:01:00Z</dcterms:created>
  <dcterms:modified xsi:type="dcterms:W3CDTF">2026-09-22T19:01:00Z</dcterms:modified>
  <cp:category/>
</cp:coreProperties>
</file>