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329E" w14:textId="5F40970B" w:rsidR="0014011B" w:rsidRDefault="0014011B">
      <w:pPr>
        <w:spacing w:after="240"/>
        <w:jc w:val="center"/>
      </w:pPr>
    </w:p>
    <w:tbl>
      <w:tblPr>
        <w:tblW w:w="11085" w:type="dxa"/>
        <w:jc w:val="center"/>
        <w:tblLayout w:type="fixed"/>
        <w:tblLook w:val="04A0" w:firstRow="1" w:lastRow="0" w:firstColumn="1" w:lastColumn="0" w:noHBand="0" w:noVBand="1"/>
      </w:tblPr>
      <w:tblGrid>
        <w:gridCol w:w="2217"/>
        <w:gridCol w:w="2217"/>
        <w:gridCol w:w="2217"/>
        <w:gridCol w:w="2217"/>
        <w:gridCol w:w="2217"/>
      </w:tblGrid>
      <w:tr w:rsidR="0088636B" w:rsidRPr="00B73748" w14:paraId="553AACEC" w14:textId="77777777" w:rsidTr="00B73748">
        <w:trPr>
          <w:trHeight w:val="2919"/>
          <w:jc w:val="center"/>
        </w:trPr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D48419" w14:textId="77777777" w:rsidR="0088636B" w:rsidRPr="00B73748" w:rsidRDefault="0088636B" w:rsidP="0088636B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Tuesday, September 1</w:t>
            </w:r>
          </w:p>
          <w:p w14:paraId="4DDC6BE1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Meatloaf</w:t>
            </w:r>
          </w:p>
          <w:p w14:paraId="1C236471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Mashed Potato</w:t>
            </w:r>
          </w:p>
          <w:p w14:paraId="14D10464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Corn</w:t>
            </w:r>
          </w:p>
          <w:p w14:paraId="31A232CA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MG Bread</w:t>
            </w:r>
          </w:p>
          <w:p w14:paraId="36834DA5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1B05C927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64679BF" w14:textId="77777777" w:rsidR="0088636B" w:rsidRPr="00B73748" w:rsidRDefault="0088636B" w:rsidP="0088636B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725</w:t>
            </w:r>
          </w:p>
          <w:p w14:paraId="38B9872D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90</w:t>
            </w:r>
          </w:p>
          <w:p w14:paraId="1714951E" w14:textId="4083ADAD" w:rsidR="0088636B" w:rsidRPr="00B73748" w:rsidRDefault="0088636B" w:rsidP="0088636B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540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AAA802" w14:textId="77777777" w:rsidR="0088636B" w:rsidRPr="00B73748" w:rsidRDefault="0088636B" w:rsidP="0088636B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Wednesday, September 2</w:t>
            </w:r>
          </w:p>
          <w:p w14:paraId="2BFC0641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Cold: Grilled Chicken</w:t>
            </w:r>
          </w:p>
          <w:p w14:paraId="7E88C7EC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Garden Salad</w:t>
            </w:r>
          </w:p>
          <w:p w14:paraId="606AA08B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Rice Salad</w:t>
            </w:r>
          </w:p>
          <w:p w14:paraId="759DDF6A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Bread</w:t>
            </w:r>
          </w:p>
          <w:p w14:paraId="4490ED6E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Pudding</w:t>
            </w:r>
          </w:p>
          <w:p w14:paraId="26C42C7C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6F15B9F" w14:textId="77777777" w:rsidR="0088636B" w:rsidRPr="00B73748" w:rsidRDefault="0088636B" w:rsidP="0088636B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730</w:t>
            </w:r>
          </w:p>
          <w:p w14:paraId="7454A140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125</w:t>
            </w:r>
          </w:p>
          <w:p w14:paraId="6208A9F7" w14:textId="6DBB00D2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1060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1B59C5" w14:textId="77777777" w:rsidR="0088636B" w:rsidRPr="00B73748" w:rsidRDefault="0088636B" w:rsidP="0088636B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Thursday, September 3</w:t>
            </w:r>
          </w:p>
          <w:p w14:paraId="464FC08B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Pulled Pork</w:t>
            </w:r>
          </w:p>
          <w:p w14:paraId="7C9A7680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Sweet Potato</w:t>
            </w:r>
          </w:p>
          <w:p w14:paraId="4CC0FCD1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Cauliflower</w:t>
            </w:r>
          </w:p>
          <w:p w14:paraId="22AFC28E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Burger Bun</w:t>
            </w:r>
          </w:p>
          <w:p w14:paraId="4BC79940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Cookie</w:t>
            </w:r>
          </w:p>
          <w:p w14:paraId="351A9E8C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34F1A05" w14:textId="77777777" w:rsidR="0088636B" w:rsidRPr="00B73748" w:rsidRDefault="0088636B" w:rsidP="0088636B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700</w:t>
            </w:r>
          </w:p>
          <w:p w14:paraId="4CA60FA0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75</w:t>
            </w:r>
          </w:p>
          <w:p w14:paraId="46EAE325" w14:textId="19B256DA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860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BAA7FC" w14:textId="77777777" w:rsidR="0088636B" w:rsidRPr="00B73748" w:rsidRDefault="0088636B" w:rsidP="0088636B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Friday, September 4</w:t>
            </w:r>
          </w:p>
          <w:p w14:paraId="38CB50A1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Tomato Garlic Shrimp</w:t>
            </w:r>
          </w:p>
          <w:p w14:paraId="6AE10169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Green Beans</w:t>
            </w:r>
          </w:p>
          <w:p w14:paraId="54FFF994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Rice</w:t>
            </w:r>
          </w:p>
          <w:p w14:paraId="7B1673E9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 xml:space="preserve">• </w:t>
            </w:r>
            <w:proofErr w:type="spellStart"/>
            <w:proofErr w:type="gramStart"/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D.Roll</w:t>
            </w:r>
            <w:proofErr w:type="spellEnd"/>
            <w:proofErr w:type="gramEnd"/>
          </w:p>
          <w:p w14:paraId="2769A6FC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35D79DD0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B37D669" w14:textId="77777777" w:rsidR="0088636B" w:rsidRPr="00B73748" w:rsidRDefault="0088636B" w:rsidP="0088636B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695</w:t>
            </w:r>
          </w:p>
          <w:p w14:paraId="48292AD9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95</w:t>
            </w:r>
          </w:p>
          <w:p w14:paraId="2B7D7C8A" w14:textId="6E5DA33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1470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657B5E" w14:textId="237EB2A9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4011B" w:rsidRPr="00B73748" w14:paraId="10AF76F3" w14:textId="77777777" w:rsidTr="00B73748">
        <w:trPr>
          <w:trHeight w:val="2478"/>
          <w:jc w:val="center"/>
        </w:trPr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708C987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Monday, September 7</w:t>
            </w:r>
          </w:p>
          <w:p w14:paraId="37281A2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Holiday</w:t>
            </w:r>
          </w:p>
          <w:p w14:paraId="1881444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No Meals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22460E2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Tuesday, September 8</w:t>
            </w:r>
          </w:p>
          <w:p w14:paraId="38A58DD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Lasagna &amp; Marinara</w:t>
            </w:r>
          </w:p>
          <w:p w14:paraId="423EBBA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Capri Veg</w:t>
            </w:r>
          </w:p>
          <w:p w14:paraId="7BB2EEDB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Garlic Roll</w:t>
            </w:r>
          </w:p>
          <w:p w14:paraId="1A822FF0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Cookie</w:t>
            </w:r>
          </w:p>
          <w:p w14:paraId="2C023011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F75BEB7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640</w:t>
            </w:r>
          </w:p>
          <w:p w14:paraId="3322329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85</w:t>
            </w:r>
          </w:p>
          <w:p w14:paraId="41FCC3D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1140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F122C3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Wednesday, September 9</w:t>
            </w:r>
          </w:p>
          <w:p w14:paraId="75CF53A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Hot Dog</w:t>
            </w:r>
          </w:p>
          <w:p w14:paraId="2DC90C14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Rice &amp; Beans</w:t>
            </w:r>
          </w:p>
          <w:p w14:paraId="14E1300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Berry Crisp</w:t>
            </w:r>
          </w:p>
          <w:p w14:paraId="1DFBA747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Coleslaw</w:t>
            </w:r>
          </w:p>
          <w:p w14:paraId="5A4D0D82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Roll</w:t>
            </w:r>
          </w:p>
          <w:p w14:paraId="32281DB0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90C0F57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1065</w:t>
            </w:r>
          </w:p>
          <w:p w14:paraId="3EB551A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115</w:t>
            </w:r>
          </w:p>
          <w:p w14:paraId="4D0A2D5D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1265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7B1D62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Thursday, September 10</w:t>
            </w:r>
          </w:p>
          <w:p w14:paraId="0022EEDB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Cold: Turkey &amp; Cheese</w:t>
            </w:r>
          </w:p>
          <w:p w14:paraId="5731E827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Pasta Salad</w:t>
            </w:r>
          </w:p>
          <w:p w14:paraId="30A3FA89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Garden Salad</w:t>
            </w:r>
          </w:p>
          <w:p w14:paraId="1DCF1DE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MG Bread</w:t>
            </w:r>
          </w:p>
          <w:p w14:paraId="2DBA1EDA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Fresh Fruit</w:t>
            </w:r>
          </w:p>
          <w:p w14:paraId="6D2F994F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83E4A11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830</w:t>
            </w:r>
          </w:p>
          <w:p w14:paraId="68AC42D8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95</w:t>
            </w:r>
          </w:p>
          <w:p w14:paraId="338D3C0D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1035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45818F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Friday, September 11</w:t>
            </w:r>
          </w:p>
          <w:p w14:paraId="218825B1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Breaded Fish</w:t>
            </w:r>
          </w:p>
          <w:p w14:paraId="7F1AA98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Beets</w:t>
            </w:r>
          </w:p>
          <w:p w14:paraId="3CE5882A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Yellow Rice</w:t>
            </w:r>
          </w:p>
          <w:p w14:paraId="4CA5860E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 xml:space="preserve">• </w:t>
            </w:r>
            <w:proofErr w:type="gramStart"/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D.Roll</w:t>
            </w:r>
            <w:proofErr w:type="gramEnd"/>
          </w:p>
          <w:p w14:paraId="051495EA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233FC8DD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1C7E8C9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755</w:t>
            </w:r>
          </w:p>
          <w:p w14:paraId="6D3A1207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105</w:t>
            </w:r>
          </w:p>
          <w:p w14:paraId="67D27A6C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1195</w:t>
            </w:r>
          </w:p>
        </w:tc>
      </w:tr>
      <w:tr w:rsidR="0014011B" w:rsidRPr="00B73748" w14:paraId="35384377" w14:textId="77777777" w:rsidTr="00B73748">
        <w:trPr>
          <w:trHeight w:val="2752"/>
          <w:jc w:val="center"/>
        </w:trPr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730977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Monday, September 14</w:t>
            </w:r>
          </w:p>
          <w:p w14:paraId="763EF51E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Pork &amp; Eggplant</w:t>
            </w:r>
          </w:p>
          <w:p w14:paraId="684E666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Sweet Potato</w:t>
            </w:r>
          </w:p>
          <w:p w14:paraId="22BB437A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Cauliflower</w:t>
            </w:r>
          </w:p>
          <w:p w14:paraId="051872CB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MG Bread</w:t>
            </w:r>
          </w:p>
          <w:p w14:paraId="15F89690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Applesauce</w:t>
            </w:r>
          </w:p>
          <w:p w14:paraId="467F3DC2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CB4CA5B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690</w:t>
            </w:r>
          </w:p>
          <w:p w14:paraId="3EC4002B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85</w:t>
            </w:r>
          </w:p>
          <w:p w14:paraId="004735E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690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EAE4C9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Tuesday, September 15</w:t>
            </w:r>
          </w:p>
          <w:p w14:paraId="3C57CA0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Ground Beef &amp; Onions</w:t>
            </w:r>
          </w:p>
          <w:p w14:paraId="0EEDB8E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Rice &amp; Beans</w:t>
            </w:r>
          </w:p>
          <w:p w14:paraId="50DB00E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Cornbread</w:t>
            </w:r>
          </w:p>
          <w:p w14:paraId="7CBF9F32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Pineapple</w:t>
            </w:r>
          </w:p>
          <w:p w14:paraId="7F03B954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E4B4137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930</w:t>
            </w:r>
          </w:p>
          <w:p w14:paraId="0811C528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115</w:t>
            </w:r>
          </w:p>
          <w:p w14:paraId="2CC551C5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860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DEBBEC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Wednesday, September 16</w:t>
            </w:r>
          </w:p>
          <w:p w14:paraId="03DC1FE9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Cold: Cuban Sandwich</w:t>
            </w:r>
          </w:p>
          <w:p w14:paraId="2EC0D29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Potato Salad</w:t>
            </w:r>
          </w:p>
          <w:p w14:paraId="365B8D0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Garden Salad</w:t>
            </w:r>
          </w:p>
          <w:p w14:paraId="713DF26C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Bread</w:t>
            </w:r>
          </w:p>
          <w:p w14:paraId="5FC5A455" w14:textId="77777777" w:rsidR="007F7344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Yogurt</w:t>
            </w:r>
          </w:p>
          <w:p w14:paraId="708A11DE" w14:textId="7B254499" w:rsidR="0014011B" w:rsidRDefault="008865FD" w:rsidP="007F7344">
            <w:pPr>
              <w:pStyle w:val="ListParagraph"/>
              <w:numPr>
                <w:ilvl w:val="0"/>
                <w:numId w:val="10"/>
              </w:num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7F7344">
              <w:rPr>
                <w:rFonts w:asciiTheme="majorHAnsi" w:hAnsiTheme="majorHAnsi" w:cstheme="majorHAnsi"/>
                <w:sz w:val="28"/>
                <w:szCs w:val="28"/>
              </w:rPr>
              <w:t>Juice</w:t>
            </w:r>
          </w:p>
          <w:p w14:paraId="252C7466" w14:textId="77777777" w:rsidR="007F7344" w:rsidRPr="007F7344" w:rsidRDefault="007F7344" w:rsidP="007F7344">
            <w:pPr>
              <w:pStyle w:val="ListParagraph"/>
              <w:numPr>
                <w:ilvl w:val="0"/>
                <w:numId w:val="10"/>
              </w:num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BDC5C91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665</w:t>
            </w:r>
          </w:p>
          <w:p w14:paraId="4FD82EAC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90</w:t>
            </w:r>
          </w:p>
          <w:p w14:paraId="33834A09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910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EBC1508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Thursday, September 17</w:t>
            </w:r>
          </w:p>
          <w:p w14:paraId="207FC4FA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Special: Cider Chicken</w:t>
            </w:r>
          </w:p>
          <w:p w14:paraId="60B461F7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Fall Veggies</w:t>
            </w:r>
          </w:p>
          <w:p w14:paraId="031F34F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Mashed Potato</w:t>
            </w:r>
          </w:p>
          <w:p w14:paraId="5F3EF73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Brownie</w:t>
            </w:r>
          </w:p>
          <w:p w14:paraId="0D9DCD07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2B07DE84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9CF2ED3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865</w:t>
            </w:r>
          </w:p>
          <w:p w14:paraId="1C445814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120</w:t>
            </w:r>
          </w:p>
          <w:p w14:paraId="04F3C1D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1105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5F64DE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Friday, September 18</w:t>
            </w:r>
          </w:p>
          <w:p w14:paraId="64AD486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No Meals</w:t>
            </w:r>
          </w:p>
          <w:p w14:paraId="66BE7FC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Staff Appreciation Day</w:t>
            </w:r>
          </w:p>
        </w:tc>
      </w:tr>
      <w:tr w:rsidR="0014011B" w:rsidRPr="00B73748" w14:paraId="7A41B01D" w14:textId="77777777" w:rsidTr="00B73748">
        <w:trPr>
          <w:trHeight w:val="2752"/>
          <w:jc w:val="center"/>
        </w:trPr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810E16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Monday, September 21</w:t>
            </w:r>
          </w:p>
          <w:p w14:paraId="5406445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Honey Garlic Chicken</w:t>
            </w:r>
          </w:p>
          <w:p w14:paraId="0F79DD5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Rice &amp; Peas</w:t>
            </w:r>
          </w:p>
          <w:p w14:paraId="512BEFA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Roll</w:t>
            </w:r>
          </w:p>
          <w:p w14:paraId="1D9585E1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Mandarins</w:t>
            </w:r>
          </w:p>
          <w:p w14:paraId="0777EE80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C3DC2A9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730</w:t>
            </w:r>
          </w:p>
          <w:p w14:paraId="38619088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105</w:t>
            </w:r>
          </w:p>
          <w:p w14:paraId="11F281A8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1155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64D21D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Tuesday, September 22</w:t>
            </w:r>
          </w:p>
          <w:p w14:paraId="79DD7255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Pastelon</w:t>
            </w:r>
          </w:p>
          <w:p w14:paraId="3F7811E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Corn</w:t>
            </w:r>
          </w:p>
          <w:p w14:paraId="7C52A6E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WW Roll</w:t>
            </w:r>
          </w:p>
          <w:p w14:paraId="09D9AE4F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Pineapple</w:t>
            </w:r>
          </w:p>
          <w:p w14:paraId="0D918C6E" w14:textId="77777777" w:rsidR="00143C74" w:rsidRPr="00B73748" w:rsidRDefault="00143C7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F00BDC6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1035</w:t>
            </w:r>
          </w:p>
          <w:p w14:paraId="5A7D5428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115</w:t>
            </w:r>
          </w:p>
          <w:p w14:paraId="15126CDC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775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E6DDBA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Wednesday, September 23</w:t>
            </w:r>
          </w:p>
          <w:p w14:paraId="79D53668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Tomato Garlic Meatballs</w:t>
            </w:r>
          </w:p>
          <w:p w14:paraId="03952E25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Rice</w:t>
            </w:r>
          </w:p>
          <w:p w14:paraId="0D17E66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Beets</w:t>
            </w:r>
          </w:p>
          <w:p w14:paraId="68EE0621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Oat Bread</w:t>
            </w:r>
          </w:p>
          <w:p w14:paraId="0E6E199A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58CA9F91" w14:textId="77777777" w:rsidR="00143C74" w:rsidRPr="00B73748" w:rsidRDefault="00143C7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0D8D4DB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780</w:t>
            </w:r>
          </w:p>
          <w:p w14:paraId="096A99F9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100</w:t>
            </w:r>
          </w:p>
          <w:p w14:paraId="59A192B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1055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686453B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Thursday, September 24</w:t>
            </w:r>
          </w:p>
          <w:p w14:paraId="081ABE9B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Birthday Cold: Chicken &amp; Potato Salad</w:t>
            </w:r>
          </w:p>
          <w:p w14:paraId="050EEF71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Green Beans</w:t>
            </w:r>
          </w:p>
          <w:p w14:paraId="29047F3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MG Bread</w:t>
            </w:r>
          </w:p>
          <w:p w14:paraId="2C905D09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Cake</w:t>
            </w:r>
          </w:p>
          <w:p w14:paraId="08F6EB0F" w14:textId="77777777" w:rsidR="00143C74" w:rsidRPr="00B73748" w:rsidRDefault="00143C7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94DDAC4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790</w:t>
            </w:r>
          </w:p>
          <w:p w14:paraId="7ACE6964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70</w:t>
            </w:r>
          </w:p>
          <w:p w14:paraId="5BAE198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955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159DEB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Friday, September 25</w:t>
            </w:r>
          </w:p>
          <w:p w14:paraId="7558065A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Salmon &amp; Fruit Salsa</w:t>
            </w:r>
          </w:p>
          <w:p w14:paraId="4CF89D8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Yellow Rice</w:t>
            </w:r>
          </w:p>
          <w:p w14:paraId="78C16251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Black Bean</w:t>
            </w:r>
          </w:p>
          <w:p w14:paraId="2DE5C8CB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Gelatin</w:t>
            </w:r>
          </w:p>
          <w:p w14:paraId="6354E7E4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Bread</w:t>
            </w:r>
          </w:p>
          <w:p w14:paraId="5221402F" w14:textId="77777777" w:rsidR="00143C74" w:rsidRPr="00B73748" w:rsidRDefault="00143C7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B50EEFE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645</w:t>
            </w:r>
          </w:p>
          <w:p w14:paraId="7AED65F4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90</w:t>
            </w:r>
          </w:p>
          <w:p w14:paraId="006D402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630</w:t>
            </w:r>
          </w:p>
        </w:tc>
      </w:tr>
      <w:tr w:rsidR="0014011B" w:rsidRPr="00B73748" w14:paraId="22ECCC3D" w14:textId="77777777" w:rsidTr="000C34DA">
        <w:trPr>
          <w:trHeight w:val="1505"/>
          <w:jc w:val="center"/>
        </w:trPr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50E33FC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Monday, September 28</w:t>
            </w:r>
          </w:p>
          <w:p w14:paraId="4CED1BB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Turkey</w:t>
            </w:r>
          </w:p>
          <w:p w14:paraId="3F4C4AA4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Yucca</w:t>
            </w:r>
          </w:p>
          <w:p w14:paraId="6CD83A49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Carrots</w:t>
            </w:r>
          </w:p>
          <w:p w14:paraId="3E40F20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Roll</w:t>
            </w:r>
          </w:p>
          <w:p w14:paraId="5C9141B8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Applesauce</w:t>
            </w:r>
          </w:p>
          <w:p w14:paraId="2CB14149" w14:textId="77777777" w:rsidR="00143C74" w:rsidRPr="00B73748" w:rsidRDefault="00143C7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B930782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635</w:t>
            </w:r>
          </w:p>
          <w:p w14:paraId="6293F3F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Carb: 95</w:t>
            </w:r>
          </w:p>
          <w:p w14:paraId="61045B7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1035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350E22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Tuesday, September 29</w:t>
            </w:r>
          </w:p>
          <w:p w14:paraId="316C39D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Chicken</w:t>
            </w:r>
          </w:p>
          <w:p w14:paraId="1FF4DBE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Wasakaka Sauce</w:t>
            </w:r>
          </w:p>
          <w:p w14:paraId="0FA4259A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Rice</w:t>
            </w:r>
          </w:p>
          <w:p w14:paraId="274336C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Green Beans</w:t>
            </w:r>
          </w:p>
          <w:p w14:paraId="58991BC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Oat Bread</w:t>
            </w:r>
          </w:p>
          <w:p w14:paraId="04CA7C14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Pineapple</w:t>
            </w:r>
          </w:p>
          <w:p w14:paraId="6936A031" w14:textId="77777777" w:rsidR="00143C74" w:rsidRPr="00B73748" w:rsidRDefault="00143C7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706D13F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740</w:t>
            </w:r>
          </w:p>
          <w:p w14:paraId="0B9650C1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100</w:t>
            </w:r>
          </w:p>
          <w:p w14:paraId="20A4C10D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840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8EC764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Wednesday, September 30</w:t>
            </w:r>
          </w:p>
          <w:p w14:paraId="5F8445F5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Cold: Ham &amp; Cheese*</w:t>
            </w:r>
          </w:p>
          <w:p w14:paraId="707CA0F1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Bean Salad</w:t>
            </w:r>
          </w:p>
          <w:p w14:paraId="78372EB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Garden Salad</w:t>
            </w:r>
          </w:p>
          <w:p w14:paraId="780720ED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LS Bread</w:t>
            </w:r>
          </w:p>
          <w:p w14:paraId="338F0494" w14:textId="77777777" w:rsidR="00143C74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Yogurt</w:t>
            </w:r>
          </w:p>
          <w:p w14:paraId="44872234" w14:textId="08DD799C" w:rsidR="0014011B" w:rsidRPr="00143C74" w:rsidRDefault="008865FD" w:rsidP="00143C74">
            <w:pPr>
              <w:pStyle w:val="ListParagraph"/>
              <w:numPr>
                <w:ilvl w:val="0"/>
                <w:numId w:val="11"/>
              </w:num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143C74">
              <w:rPr>
                <w:rFonts w:asciiTheme="majorHAnsi" w:hAnsiTheme="majorHAnsi" w:cstheme="majorHAnsi"/>
                <w:sz w:val="28"/>
                <w:szCs w:val="28"/>
              </w:rPr>
              <w:t>Juice</w:t>
            </w:r>
          </w:p>
          <w:p w14:paraId="0F37F358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Cal: 520</w:t>
            </w:r>
          </w:p>
          <w:p w14:paraId="707F314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Carb: 90</w:t>
            </w:r>
          </w:p>
          <w:p w14:paraId="5A91BD51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1050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18AE82" w14:textId="77777777" w:rsidR="0014011B" w:rsidRPr="00B73748" w:rsidRDefault="001401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EB8226" w14:textId="77777777" w:rsidR="0014011B" w:rsidRPr="00B73748" w:rsidRDefault="001401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17200F81" w14:textId="77777777" w:rsidR="00EC1D4C" w:rsidRDefault="00EC1D4C" w:rsidP="00EC1D4C">
      <w:pPr>
        <w:spacing w:after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5F2CE" w14:textId="3049B7E1" w:rsidR="0014011B" w:rsidRPr="00EC1D4C" w:rsidRDefault="008865FD" w:rsidP="00EC1D4C">
      <w:pPr>
        <w:spacing w:after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D4C">
        <w:rPr>
          <w:rFonts w:ascii="Times New Roman" w:hAnsi="Times New Roman" w:cs="Times New Roman"/>
          <w:b/>
          <w:bCs/>
          <w:sz w:val="28"/>
          <w:szCs w:val="28"/>
        </w:rPr>
        <w:t>To Cancel Meals please call 978-686-1422 at least 24 hours prior to service.</w:t>
      </w:r>
    </w:p>
    <w:p w14:paraId="447091BE" w14:textId="77777777" w:rsidR="0014011B" w:rsidRPr="00EC1D4C" w:rsidRDefault="008865FD">
      <w:pPr>
        <w:spacing w:after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D4C">
        <w:rPr>
          <w:rFonts w:ascii="Times New Roman" w:hAnsi="Times New Roman" w:cs="Times New Roman"/>
          <w:b/>
          <w:bCs/>
          <w:sz w:val="28"/>
          <w:szCs w:val="28"/>
        </w:rPr>
        <w:t>A $2.00 confidential donation is suggested per meal. Donation letters are mailed monthly.</w:t>
      </w:r>
    </w:p>
    <w:p w14:paraId="2D93F5C0" w14:textId="77777777" w:rsidR="0014011B" w:rsidRPr="00EC1D4C" w:rsidRDefault="008865FD">
      <w:pPr>
        <w:spacing w:after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D4C">
        <w:rPr>
          <w:rFonts w:ascii="Times New Roman" w:hAnsi="Times New Roman" w:cs="Times New Roman"/>
          <w:b/>
          <w:bCs/>
          <w:sz w:val="28"/>
          <w:szCs w:val="28"/>
        </w:rPr>
        <w:t>Brought to you by the Older Americans Act. Menu to Change Without Notice.</w:t>
      </w:r>
    </w:p>
    <w:p w14:paraId="2047846B" w14:textId="67CEF93C" w:rsidR="0014011B" w:rsidRPr="00EC1D4C" w:rsidRDefault="00EC1D4C">
      <w:pPr>
        <w:spacing w:after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D4C">
        <w:rPr>
          <w:rFonts w:ascii="Times New Roman" w:hAnsi="Times New Roman" w:cs="Times New Roman"/>
          <w:b/>
          <w:bCs/>
          <w:sz w:val="28"/>
          <w:szCs w:val="28"/>
        </w:rPr>
        <w:t>The sodium content of individual menu items is available upon request.</w:t>
      </w:r>
    </w:p>
    <w:sectPr w:rsidR="0014011B" w:rsidRPr="00EC1D4C" w:rsidSect="007F7344">
      <w:headerReference w:type="first" r:id="rId8"/>
      <w:pgSz w:w="12240" w:h="15840" w:orient="landscape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576F" w14:textId="77777777" w:rsidR="008865FD" w:rsidRDefault="008865FD" w:rsidP="00B73748">
      <w:pPr>
        <w:spacing w:after="0" w:line="240" w:lineRule="auto"/>
      </w:pPr>
      <w:r>
        <w:separator/>
      </w:r>
    </w:p>
  </w:endnote>
  <w:endnote w:type="continuationSeparator" w:id="0">
    <w:p w14:paraId="12E7F450" w14:textId="77777777" w:rsidR="008865FD" w:rsidRDefault="008865FD" w:rsidP="00B73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00942" w14:textId="77777777" w:rsidR="008865FD" w:rsidRDefault="008865FD" w:rsidP="00B73748">
      <w:pPr>
        <w:spacing w:after="0" w:line="240" w:lineRule="auto"/>
      </w:pPr>
      <w:r>
        <w:separator/>
      </w:r>
    </w:p>
  </w:footnote>
  <w:footnote w:type="continuationSeparator" w:id="0">
    <w:p w14:paraId="5E55B11C" w14:textId="77777777" w:rsidR="008865FD" w:rsidRDefault="008865FD" w:rsidP="00B73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F56F8" w14:textId="77777777" w:rsidR="00B73748" w:rsidRPr="00B73748" w:rsidRDefault="00B73748" w:rsidP="00B73748">
    <w:pPr>
      <w:spacing w:after="0" w:line="240" w:lineRule="auto"/>
      <w:jc w:val="center"/>
      <w:rPr>
        <w:rFonts w:ascii="Times New Roman" w:hAnsi="Times New Roman" w:cs="Times New Roman"/>
        <w:sz w:val="28"/>
        <w:szCs w:val="28"/>
      </w:rPr>
    </w:pPr>
    <w:r w:rsidRPr="00B73748">
      <w:rPr>
        <w:rFonts w:ascii="Times New Roman" w:hAnsi="Times New Roman" w:cs="Times New Roman"/>
        <w:b/>
        <w:sz w:val="28"/>
        <w:szCs w:val="28"/>
      </w:rPr>
      <w:t xml:space="preserve">September </w:t>
    </w:r>
    <w:r>
      <w:rPr>
        <w:rFonts w:ascii="Times New Roman" w:hAnsi="Times New Roman" w:cs="Times New Roman"/>
        <w:b/>
        <w:sz w:val="28"/>
        <w:szCs w:val="28"/>
      </w:rPr>
      <w:t>Latino Inspired</w:t>
    </w:r>
    <w:r w:rsidRPr="00B73748">
      <w:rPr>
        <w:rFonts w:ascii="Times New Roman" w:hAnsi="Times New Roman" w:cs="Times New Roman"/>
        <w:b/>
        <w:sz w:val="28"/>
        <w:szCs w:val="28"/>
      </w:rPr>
      <w:t xml:space="preserve"> Menu 2026</w:t>
    </w:r>
  </w:p>
  <w:p w14:paraId="54A82875" w14:textId="77777777" w:rsidR="00B73748" w:rsidRPr="00B73748" w:rsidRDefault="00B73748" w:rsidP="00B73748">
    <w:pPr>
      <w:spacing w:after="0" w:line="240" w:lineRule="auto"/>
      <w:jc w:val="center"/>
      <w:rPr>
        <w:rFonts w:ascii="Times New Roman" w:hAnsi="Times New Roman" w:cs="Times New Roman"/>
        <w:sz w:val="28"/>
        <w:szCs w:val="28"/>
      </w:rPr>
    </w:pPr>
    <w:r w:rsidRPr="00B73748">
      <w:rPr>
        <w:rFonts w:ascii="Times New Roman" w:hAnsi="Times New Roman" w:cs="Times New Roman"/>
        <w:b/>
        <w:sz w:val="28"/>
        <w:szCs w:val="28"/>
      </w:rPr>
      <w:t>Menu Information: Key: Cal = Calories, Carb = Carbohydrates, S = Sodium</w:t>
    </w:r>
  </w:p>
  <w:p w14:paraId="7CACC2CB" w14:textId="4B05DCBC" w:rsidR="00B73748" w:rsidRPr="00B73748" w:rsidRDefault="00B73748" w:rsidP="00B73748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B73748">
      <w:rPr>
        <w:rFonts w:ascii="Times New Roman" w:hAnsi="Times New Roman" w:cs="Times New Roman"/>
        <w:b/>
        <w:sz w:val="28"/>
        <w:szCs w:val="28"/>
      </w:rPr>
      <w:t>Nutrition Questions: Contact Leigh @ 978-651-3023 or lhartwell@agespan.org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7B41AB"/>
    <w:multiLevelType w:val="hybridMultilevel"/>
    <w:tmpl w:val="D7D6E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B87B0B"/>
    <w:multiLevelType w:val="hybridMultilevel"/>
    <w:tmpl w:val="46D4A2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9137636">
    <w:abstractNumId w:val="8"/>
  </w:num>
  <w:num w:numId="2" w16cid:durableId="738556314">
    <w:abstractNumId w:val="6"/>
  </w:num>
  <w:num w:numId="3" w16cid:durableId="1557354120">
    <w:abstractNumId w:val="5"/>
  </w:num>
  <w:num w:numId="4" w16cid:durableId="2017882888">
    <w:abstractNumId w:val="4"/>
  </w:num>
  <w:num w:numId="5" w16cid:durableId="1815098209">
    <w:abstractNumId w:val="7"/>
  </w:num>
  <w:num w:numId="6" w16cid:durableId="1832211843">
    <w:abstractNumId w:val="3"/>
  </w:num>
  <w:num w:numId="7" w16cid:durableId="1361125682">
    <w:abstractNumId w:val="2"/>
  </w:num>
  <w:num w:numId="8" w16cid:durableId="1901165696">
    <w:abstractNumId w:val="1"/>
  </w:num>
  <w:num w:numId="9" w16cid:durableId="844591161">
    <w:abstractNumId w:val="0"/>
  </w:num>
  <w:num w:numId="10" w16cid:durableId="1159418987">
    <w:abstractNumId w:val="10"/>
  </w:num>
  <w:num w:numId="11" w16cid:durableId="3147695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4DA"/>
    <w:rsid w:val="0014011B"/>
    <w:rsid w:val="00143C74"/>
    <w:rsid w:val="0015074B"/>
    <w:rsid w:val="0029639D"/>
    <w:rsid w:val="00326F90"/>
    <w:rsid w:val="007F7344"/>
    <w:rsid w:val="00810ADD"/>
    <w:rsid w:val="008577A8"/>
    <w:rsid w:val="0088636B"/>
    <w:rsid w:val="008865FD"/>
    <w:rsid w:val="00AA1D8D"/>
    <w:rsid w:val="00AF3B6C"/>
    <w:rsid w:val="00B47730"/>
    <w:rsid w:val="00B73748"/>
    <w:rsid w:val="00CB0664"/>
    <w:rsid w:val="00EC1D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91B81B"/>
  <w14:defaultImageDpi w14:val="300"/>
  <w15:docId w15:val="{E30CB775-C2F0-4177-90BE-9CC600C3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440</Words>
  <Characters>2230</Characters>
  <Application>Microsoft Office Word</Application>
  <DocSecurity>0</DocSecurity>
  <Lines>278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Leigh Hartwell</cp:lastModifiedBy>
  <cp:revision>8</cp:revision>
  <dcterms:created xsi:type="dcterms:W3CDTF">2026-08-26T14:03:00Z</dcterms:created>
  <dcterms:modified xsi:type="dcterms:W3CDTF">2026-08-26T15:20:00Z</dcterms:modified>
  <cp:category/>
</cp:coreProperties>
</file>