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329E" w14:textId="5F40970B" w:rsidR="0014011B" w:rsidRDefault="0014011B">
      <w:pPr>
        <w:spacing w:after="240"/>
        <w:jc w:val="center"/>
      </w:pPr>
    </w:p>
    <w:tbl>
      <w:tblPr>
        <w:tblW w:w="11085" w:type="dxa"/>
        <w:jc w:val="center"/>
        <w:tblLayout w:type="fixed"/>
        <w:tblLook w:val="04A0" w:firstRow="1" w:lastRow="0" w:firstColumn="1" w:lastColumn="0" w:noHBand="0" w:noVBand="1"/>
      </w:tblPr>
      <w:tblGrid>
        <w:gridCol w:w="2217"/>
        <w:gridCol w:w="2217"/>
        <w:gridCol w:w="2217"/>
        <w:gridCol w:w="2217"/>
        <w:gridCol w:w="2217"/>
      </w:tblGrid>
      <w:tr w:rsidR="0088636B" w:rsidRPr="00B73748" w14:paraId="553AACEC" w14:textId="77777777" w:rsidTr="00B73748">
        <w:trPr>
          <w:trHeight w:val="2919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D48419" w14:textId="77777777" w:rsidR="0088636B" w:rsidRPr="00B73748" w:rsidRDefault="0088636B" w:rsidP="0088636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Martes, 1 de septiembre</w:t>
            </w:r>
          </w:p>
          <w:p w14:paraId="4DDC6BE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Pastel de carne</w:t>
            </w:r>
          </w:p>
          <w:p w14:paraId="1C23647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Puré de patatas</w:t>
            </w:r>
          </w:p>
          <w:p w14:paraId="14D10464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Maíz</w:t>
            </w:r>
          </w:p>
          <w:p w14:paraId="31A232CA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 MG</w:t>
            </w:r>
          </w:p>
          <w:p w14:paraId="36834DA5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Fruta</w:t>
            </w:r>
          </w:p>
          <w:p w14:paraId="1B05C927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64679BF" w14:textId="77777777" w:rsidR="0088636B" w:rsidRPr="00B73748" w:rsidRDefault="0088636B" w:rsidP="0088636B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725</w:t>
            </w:r>
          </w:p>
          <w:p w14:paraId="38B9872D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90</w:t>
            </w:r>
          </w:p>
          <w:p w14:paraId="1714951E" w14:textId="4083ADAD" w:rsidR="0088636B" w:rsidRPr="00B73748" w:rsidRDefault="0088636B" w:rsidP="0088636B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540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AAA802" w14:textId="77777777" w:rsidR="0088636B" w:rsidRPr="00B73748" w:rsidRDefault="0088636B" w:rsidP="0088636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Miércoles, 2 de septiembre</w:t>
            </w:r>
          </w:p>
          <w:p w14:paraId="2BFC064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Frío: Pollo a la parrilla</w:t>
            </w:r>
          </w:p>
          <w:p w14:paraId="7E88C7EC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Ensalada de la huerta</w:t>
            </w:r>
          </w:p>
          <w:p w14:paraId="606AA08B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Ensalada de arroz</w:t>
            </w:r>
          </w:p>
          <w:p w14:paraId="759DDF6A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</w:t>
            </w:r>
          </w:p>
          <w:p w14:paraId="4490ED6E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Pudín</w:t>
            </w:r>
          </w:p>
          <w:p w14:paraId="26C42C7C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6F15B9F" w14:textId="77777777" w:rsidR="0088636B" w:rsidRPr="00B73748" w:rsidRDefault="0088636B" w:rsidP="0088636B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730</w:t>
            </w:r>
          </w:p>
          <w:p w14:paraId="7454A14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125</w:t>
            </w:r>
          </w:p>
          <w:p w14:paraId="6208A9F7" w14:textId="6DBB00D2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1060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1B59C5" w14:textId="77777777" w:rsidR="0088636B" w:rsidRPr="00B73748" w:rsidRDefault="0088636B" w:rsidP="0088636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Jueves, 3 de septiembre</w:t>
            </w:r>
          </w:p>
          <w:p w14:paraId="464FC08B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Cerdo desmenuzado</w:t>
            </w:r>
          </w:p>
          <w:p w14:paraId="7C9A768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Batata</w:t>
            </w:r>
          </w:p>
          <w:p w14:paraId="4CC0FCD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Coliflor</w:t>
            </w:r>
          </w:p>
          <w:p w14:paraId="22AFC28E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 de hamburguesa</w:t>
            </w:r>
          </w:p>
          <w:p w14:paraId="4BC7994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Galleta</w:t>
            </w:r>
          </w:p>
          <w:p w14:paraId="351A9E8C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34F1A05" w14:textId="77777777" w:rsidR="0088636B" w:rsidRPr="00B73748" w:rsidRDefault="0088636B" w:rsidP="0088636B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700</w:t>
            </w:r>
          </w:p>
          <w:p w14:paraId="4CA60FA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75</w:t>
            </w:r>
          </w:p>
          <w:p w14:paraId="46EAE325" w14:textId="19B256DA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860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BAA7FC" w14:textId="77777777" w:rsidR="0088636B" w:rsidRPr="00B73748" w:rsidRDefault="0088636B" w:rsidP="0088636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Viernes, 4 de septiembre</w:t>
            </w:r>
          </w:p>
          <w:p w14:paraId="38CB50A1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Gambas al ajillo con tomate</w:t>
            </w:r>
          </w:p>
          <w:p w14:paraId="6AE10169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Judías verdes</w:t>
            </w:r>
          </w:p>
          <w:p w14:paraId="54FFF994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Arroz</w:t>
            </w:r>
          </w:p>
          <w:p w14:paraId="7B1673E9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proofErr w:type="spellStart"/>
            <w:proofErr w:type="gramStart"/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D.Roll</w:t>
            </w:r>
            <w:proofErr w:type="spellEnd"/>
            <w:proofErr w:type="gramEnd"/>
          </w:p>
          <w:p w14:paraId="2769A6FC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Fruta</w:t>
            </w:r>
          </w:p>
          <w:p w14:paraId="35D79DD0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B37D669" w14:textId="77777777" w:rsidR="0088636B" w:rsidRPr="00B73748" w:rsidRDefault="0088636B" w:rsidP="0088636B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695</w:t>
            </w:r>
          </w:p>
          <w:p w14:paraId="48292AD9" w14:textId="7777777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95</w:t>
            </w:r>
          </w:p>
          <w:p w14:paraId="2B7D7C8A" w14:textId="6E5DA337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1470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657B5E" w14:textId="237EB2A9" w:rsidR="0088636B" w:rsidRPr="00B73748" w:rsidRDefault="0088636B" w:rsidP="0088636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4011B" w:rsidRPr="00B73748" w14:paraId="10AF76F3" w14:textId="77777777" w:rsidTr="00B73748">
        <w:trPr>
          <w:trHeight w:val="2478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08C987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Lunes, 7 de septiembre</w:t>
            </w:r>
          </w:p>
          <w:p w14:paraId="37281A2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Día festivo</w:t>
            </w:r>
          </w:p>
          <w:p w14:paraId="1881444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Sin comidas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2460E2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Martes, 8 de septiembre</w:t>
            </w:r>
          </w:p>
          <w:p w14:paraId="38A58DD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Lasaña y marinara</w:t>
            </w:r>
          </w:p>
          <w:p w14:paraId="423EBBA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Capri Veg</w:t>
            </w:r>
          </w:p>
          <w:p w14:paraId="7BB2EED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Panecillo de ajo</w:t>
            </w:r>
          </w:p>
          <w:p w14:paraId="1A822FF0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Galleta</w:t>
            </w:r>
          </w:p>
          <w:p w14:paraId="2C023011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F75BEB7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640</w:t>
            </w:r>
          </w:p>
          <w:p w14:paraId="3322329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85</w:t>
            </w:r>
          </w:p>
          <w:p w14:paraId="41FCC3D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1140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F122C3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Miércoles, 9 de septiembre</w:t>
            </w:r>
          </w:p>
          <w:p w14:paraId="75CF53A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Hot dog</w:t>
            </w:r>
          </w:p>
          <w:p w14:paraId="2DC90C1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Arroz y frijoles</w:t>
            </w:r>
          </w:p>
          <w:p w14:paraId="14E1300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Crujiente de bayas</w:t>
            </w:r>
          </w:p>
          <w:p w14:paraId="1DFBA747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Ensalada de col</w:t>
            </w:r>
          </w:p>
          <w:p w14:paraId="5A4D0D82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Rollo</w:t>
            </w:r>
          </w:p>
          <w:p w14:paraId="32281DB0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90C0F57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1065</w:t>
            </w:r>
          </w:p>
          <w:p w14:paraId="3EB551A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115</w:t>
            </w:r>
          </w:p>
          <w:p w14:paraId="4D0A2D5D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1265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7B1D62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Jueves, 10 de septiembre</w:t>
            </w:r>
          </w:p>
          <w:p w14:paraId="0022EED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Frío: Pavo y queso</w:t>
            </w:r>
          </w:p>
          <w:p w14:paraId="5731E827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Ensalada de pasta</w:t>
            </w:r>
          </w:p>
          <w:p w14:paraId="30A3FA8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Ensalada de la huerta</w:t>
            </w:r>
          </w:p>
          <w:p w14:paraId="1DCF1DE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 MG</w:t>
            </w:r>
          </w:p>
          <w:p w14:paraId="2DBA1EDA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Fruta fresca</w:t>
            </w:r>
          </w:p>
          <w:p w14:paraId="6D2F994F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83E4A11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830</w:t>
            </w:r>
          </w:p>
          <w:p w14:paraId="68AC42D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95</w:t>
            </w:r>
          </w:p>
          <w:p w14:paraId="338D3C0D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1035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45818F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Viernes, 11 de septiembre</w:t>
            </w:r>
          </w:p>
          <w:p w14:paraId="218825B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Pescado empanizado</w:t>
            </w:r>
          </w:p>
          <w:p w14:paraId="7F1AA98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Remolachas</w:t>
            </w:r>
          </w:p>
          <w:p w14:paraId="3CE5882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Arroz amarillo</w:t>
            </w:r>
          </w:p>
          <w:p w14:paraId="4CA5860E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proofErr w:type="gramStart"/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D.Roll</w:t>
            </w:r>
            <w:proofErr w:type="gramEnd"/>
          </w:p>
          <w:p w14:paraId="051495EA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Fruta</w:t>
            </w:r>
          </w:p>
          <w:p w14:paraId="233FC8DD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1C7E8C9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755</w:t>
            </w:r>
          </w:p>
          <w:p w14:paraId="6D3A1207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105</w:t>
            </w:r>
          </w:p>
          <w:p w14:paraId="67D27A6C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1195</w:t>
            </w:r>
          </w:p>
        </w:tc>
      </w:tr>
      <w:tr w:rsidR="0014011B" w:rsidRPr="00B73748" w14:paraId="35384377" w14:textId="77777777" w:rsidTr="00B73748">
        <w:trPr>
          <w:trHeight w:val="2752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730977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Lunes, 14 de septiembre</w:t>
            </w:r>
          </w:p>
          <w:p w14:paraId="763EF51E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Cerdo y berenjena</w:t>
            </w:r>
          </w:p>
          <w:p w14:paraId="684E666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Batata</w:t>
            </w:r>
          </w:p>
          <w:p w14:paraId="22BB437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Coliflor</w:t>
            </w:r>
          </w:p>
          <w:p w14:paraId="051872C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 MG</w:t>
            </w:r>
          </w:p>
          <w:p w14:paraId="15F89690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Puré de manzana</w:t>
            </w:r>
          </w:p>
          <w:p w14:paraId="467F3DC2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CB4CA5B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690</w:t>
            </w:r>
          </w:p>
          <w:p w14:paraId="3EC4002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85</w:t>
            </w:r>
          </w:p>
          <w:p w14:paraId="004735E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690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EAE4C9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Martes, 15 de septiembre</w:t>
            </w:r>
          </w:p>
          <w:p w14:paraId="3C57CA0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Carne molida y cebollas</w:t>
            </w:r>
          </w:p>
          <w:p w14:paraId="0EEDB8E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Arroz y frijoles</w:t>
            </w:r>
          </w:p>
          <w:p w14:paraId="50DB00E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 de maíz</w:t>
            </w:r>
          </w:p>
          <w:p w14:paraId="7CBF9F32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Piña</w:t>
            </w:r>
          </w:p>
          <w:p w14:paraId="7F03B954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E4B4137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930</w:t>
            </w:r>
          </w:p>
          <w:p w14:paraId="0811C52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115</w:t>
            </w:r>
          </w:p>
          <w:p w14:paraId="2CC551C5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860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DEBBEC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Miércoles, 16 de septiembre</w:t>
            </w:r>
          </w:p>
          <w:p w14:paraId="03DC1FE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Frío: Sándwich cubano</w:t>
            </w:r>
          </w:p>
          <w:p w14:paraId="2EC0D29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Ensalada de patatas</w:t>
            </w:r>
          </w:p>
          <w:p w14:paraId="365B8D0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Ensalada de la huerta</w:t>
            </w:r>
          </w:p>
          <w:p w14:paraId="713DF26C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</w:t>
            </w:r>
          </w:p>
          <w:p w14:paraId="5FC5A455" w14:textId="77777777" w:rsidR="007F7344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Yogur</w:t>
            </w:r>
          </w:p>
          <w:p w14:paraId="708A11DE" w14:textId="7B254499" w:rsidR="0014011B" w:rsidRDefault="008865FD" w:rsidP="007F7344">
            <w:pPr>
              <w:pStyle w:val="ListParagraph"/>
              <w:numPr>
                <w:ilvl w:val="0"/>
                <w:numId w:val="10"/>
              </w:num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7F7344">
              <w:rPr>
                <w:rFonts w:asciiTheme="majorHAnsi" w:hAnsiTheme="majorHAnsi" w:cstheme="majorHAnsi"/>
                <w:sz w:val="28"/>
                <w:szCs w:val="28"/>
              </w:rPr>
              <w:t>Jugo</w:t>
            </w:r>
          </w:p>
          <w:p w14:paraId="252C7466" w14:textId="77777777" w:rsidR="007F7344" w:rsidRPr="007F7344" w:rsidRDefault="007F7344" w:rsidP="007F7344">
            <w:pPr>
              <w:pStyle w:val="ListParagraph"/>
              <w:numPr>
                <w:ilvl w:val="0"/>
                <w:numId w:val="10"/>
              </w:num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BDC5C91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665</w:t>
            </w:r>
          </w:p>
          <w:p w14:paraId="4FD82EAC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90</w:t>
            </w:r>
          </w:p>
          <w:p w14:paraId="33834A0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910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BC1508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Jueves, 17 de septiembre</w:t>
            </w:r>
          </w:p>
          <w:p w14:paraId="207FC4F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Especial: Pollo a la sidra</w:t>
            </w:r>
          </w:p>
          <w:p w14:paraId="60B461F7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Verduras de otoño</w:t>
            </w:r>
          </w:p>
          <w:p w14:paraId="031F34F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Puré de patatas</w:t>
            </w:r>
          </w:p>
          <w:p w14:paraId="5F3EF73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Brownie</w:t>
            </w:r>
          </w:p>
          <w:p w14:paraId="0D9DCD07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Panecillo para la cena</w:t>
            </w:r>
          </w:p>
          <w:p w14:paraId="2B07DE84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9CF2ED3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865</w:t>
            </w:r>
          </w:p>
          <w:p w14:paraId="1C44581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120</w:t>
            </w:r>
          </w:p>
          <w:p w14:paraId="04F3C1D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1105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5F64DE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Viernes, 18 de septiembre</w:t>
            </w:r>
          </w:p>
          <w:p w14:paraId="64AD486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Sin comidas</w:t>
            </w:r>
          </w:p>
          <w:p w14:paraId="66BE7FC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Día de agradecimiento al personal</w:t>
            </w:r>
          </w:p>
        </w:tc>
      </w:tr>
      <w:tr w:rsidR="0014011B" w:rsidRPr="00B73748" w14:paraId="7A41B01D" w14:textId="77777777" w:rsidTr="00B73748">
        <w:trPr>
          <w:trHeight w:val="2752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810E16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Lunes, 21 de septiembre</w:t>
            </w:r>
          </w:p>
          <w:p w14:paraId="5406445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Pollo con miel y ajo</w:t>
            </w:r>
          </w:p>
          <w:p w14:paraId="0F79DD5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Arroz con guisantes</w:t>
            </w:r>
          </w:p>
          <w:p w14:paraId="512BEFA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Rollo</w:t>
            </w:r>
          </w:p>
          <w:p w14:paraId="1D9585E1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Mandarinas</w:t>
            </w:r>
          </w:p>
          <w:p w14:paraId="0777EE80" w14:textId="77777777" w:rsidR="007F7344" w:rsidRPr="00B73748" w:rsidRDefault="007F734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C3DC2A9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730</w:t>
            </w:r>
          </w:p>
          <w:p w14:paraId="3861908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105</w:t>
            </w:r>
          </w:p>
          <w:p w14:paraId="11F281A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1155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64D21D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Martes, 22 de septiembre</w:t>
            </w:r>
          </w:p>
          <w:p w14:paraId="79DD7255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Pastelón</w:t>
            </w:r>
          </w:p>
          <w:p w14:paraId="3F7811E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Maíz</w:t>
            </w:r>
          </w:p>
          <w:p w14:paraId="7C52A6E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Lista de correo de WW</w:t>
            </w:r>
          </w:p>
          <w:p w14:paraId="09D9AE4F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Piña</w:t>
            </w:r>
          </w:p>
          <w:p w14:paraId="0D918C6E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F00BDC6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1035</w:t>
            </w:r>
          </w:p>
          <w:p w14:paraId="5A7D542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115</w:t>
            </w:r>
          </w:p>
          <w:p w14:paraId="15126CDC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775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E6DDBA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Miércoles, 23 de septiembre</w:t>
            </w:r>
          </w:p>
          <w:p w14:paraId="79D53668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Albóndigas de tomate y ajo</w:t>
            </w:r>
          </w:p>
          <w:p w14:paraId="03952E25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Arroz</w:t>
            </w:r>
          </w:p>
          <w:p w14:paraId="0D17E66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Remolachas</w:t>
            </w:r>
          </w:p>
          <w:p w14:paraId="68EE062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 de avena</w:t>
            </w:r>
          </w:p>
          <w:p w14:paraId="0E6E199A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Fruta</w:t>
            </w:r>
          </w:p>
          <w:p w14:paraId="58CA9F91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0D8D4DB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780</w:t>
            </w:r>
          </w:p>
          <w:p w14:paraId="096A99F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100</w:t>
            </w:r>
          </w:p>
          <w:p w14:paraId="59A192B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1055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86453B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Jueves, 24 de septiembre</w:t>
            </w:r>
          </w:p>
          <w:p w14:paraId="081ABE9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Ensalada fría de cumpleaños: Ensalada de pollo y patatas</w:t>
            </w:r>
          </w:p>
          <w:p w14:paraId="050EEF7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Judías verdes</w:t>
            </w:r>
          </w:p>
          <w:p w14:paraId="29047F3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 MG</w:t>
            </w:r>
          </w:p>
          <w:p w14:paraId="2C905D09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Pastel</w:t>
            </w:r>
          </w:p>
          <w:p w14:paraId="08F6EB0F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94DDAC4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790</w:t>
            </w:r>
          </w:p>
          <w:p w14:paraId="7ACE696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70</w:t>
            </w:r>
          </w:p>
          <w:p w14:paraId="5BAE198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955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159DEB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Viernes, 25 de septiembre</w:t>
            </w:r>
          </w:p>
          <w:p w14:paraId="7558065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Salsa de salmón y frutas</w:t>
            </w:r>
          </w:p>
          <w:p w14:paraId="4CF89D8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Arroz amarillo</w:t>
            </w:r>
          </w:p>
          <w:p w14:paraId="78C1625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Frijol negro</w:t>
            </w:r>
          </w:p>
          <w:p w14:paraId="2DE5C8CB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Gelatina</w:t>
            </w:r>
          </w:p>
          <w:p w14:paraId="6354E7E4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</w:t>
            </w:r>
          </w:p>
          <w:p w14:paraId="5221402F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B50EEFE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645</w:t>
            </w:r>
          </w:p>
          <w:p w14:paraId="7AED65F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90</w:t>
            </w:r>
          </w:p>
          <w:p w14:paraId="006D402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630</w:t>
            </w:r>
          </w:p>
        </w:tc>
      </w:tr>
      <w:tr w:rsidR="0014011B" w:rsidRPr="00B73748" w14:paraId="22ECCC3D" w14:textId="77777777" w:rsidTr="000C34DA">
        <w:trPr>
          <w:trHeight w:val="1505"/>
          <w:jc w:val="center"/>
        </w:trPr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0E33FC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t>Lunes, 28 de septiembre</w:t>
            </w:r>
          </w:p>
          <w:p w14:paraId="4CED1BB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Pavo</w:t>
            </w:r>
          </w:p>
          <w:p w14:paraId="3F4C4AA4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Yuca</w:t>
            </w:r>
          </w:p>
          <w:p w14:paraId="6CD83A49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Zanahorias</w:t>
            </w:r>
          </w:p>
          <w:p w14:paraId="3E40F20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Rollo</w:t>
            </w:r>
          </w:p>
          <w:p w14:paraId="5C9141B8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Puré de manzana</w:t>
            </w:r>
          </w:p>
          <w:p w14:paraId="2CB14149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B930782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635</w:t>
            </w:r>
          </w:p>
          <w:p w14:paraId="6293F3F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95</w:t>
            </w:r>
          </w:p>
          <w:p w14:paraId="61045B7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1035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350E22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Martes, 29 de septiembre</w:t>
            </w:r>
          </w:p>
          <w:p w14:paraId="316C39DF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Pollo</w:t>
            </w:r>
          </w:p>
          <w:p w14:paraId="1FF4DBE2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Salsa Wasakaka</w:t>
            </w:r>
          </w:p>
          <w:p w14:paraId="0FA4259A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Arroz</w:t>
            </w:r>
          </w:p>
          <w:p w14:paraId="274336C6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Judías verdes</w:t>
            </w:r>
          </w:p>
          <w:p w14:paraId="58991BC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 de avena</w:t>
            </w:r>
          </w:p>
          <w:p w14:paraId="04CA7C14" w14:textId="77777777" w:rsidR="0014011B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Piña</w:t>
            </w:r>
          </w:p>
          <w:p w14:paraId="6936A031" w14:textId="77777777" w:rsidR="00143C74" w:rsidRPr="00B73748" w:rsidRDefault="00143C74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706D13F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Cal: 740</w:t>
            </w:r>
          </w:p>
          <w:p w14:paraId="0B9650C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100</w:t>
            </w:r>
          </w:p>
          <w:p w14:paraId="20A4C10D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840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8EC764" w14:textId="77777777" w:rsidR="0014011B" w:rsidRPr="00B73748" w:rsidRDefault="008865F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Miércoles, 30 de septiembre</w:t>
            </w:r>
          </w:p>
          <w:p w14:paraId="5F8445F5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Frío: Jamón y queso*</w:t>
            </w:r>
          </w:p>
          <w:p w14:paraId="707CA0F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Ensalada de frijoles</w:t>
            </w:r>
          </w:p>
          <w:p w14:paraId="78372EB0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Ensalada de la huerta</w:t>
            </w:r>
          </w:p>
          <w:p w14:paraId="780720ED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Pan LS</w:t>
            </w:r>
          </w:p>
          <w:p w14:paraId="338F0494" w14:textId="77777777" w:rsidR="00143C74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• Yogur</w:t>
            </w:r>
          </w:p>
          <w:p w14:paraId="44872234" w14:textId="08DD799C" w:rsidR="0014011B" w:rsidRPr="00143C74" w:rsidRDefault="008865FD" w:rsidP="00143C74">
            <w:pPr>
              <w:pStyle w:val="ListParagraph"/>
              <w:numPr>
                <w:ilvl w:val="0"/>
                <w:numId w:val="11"/>
              </w:num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143C74">
              <w:rPr>
                <w:rFonts w:asciiTheme="majorHAnsi" w:hAnsiTheme="majorHAnsi" w:cstheme="majorHAnsi"/>
                <w:sz w:val="28"/>
                <w:szCs w:val="28"/>
              </w:rPr>
              <w:t>Jugo</w:t>
            </w:r>
          </w:p>
          <w:p w14:paraId="0F37F358" w14:textId="77777777" w:rsidR="0014011B" w:rsidRPr="00B73748" w:rsidRDefault="008865FD">
            <w:pPr>
              <w:spacing w:before="60"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Calorías: 520</w:t>
            </w:r>
          </w:p>
          <w:p w14:paraId="707F3143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Carbohidratos: 90</w:t>
            </w:r>
          </w:p>
          <w:p w14:paraId="5A91BD51" w14:textId="77777777" w:rsidR="0014011B" w:rsidRPr="00B73748" w:rsidRDefault="008865FD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73748">
              <w:rPr>
                <w:rFonts w:asciiTheme="majorHAnsi" w:hAnsiTheme="majorHAnsi" w:cstheme="majorHAnsi"/>
                <w:sz w:val="28"/>
                <w:szCs w:val="28"/>
              </w:rPr>
              <w:t>S: 1050</w:t>
            </w: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18AE82" w14:textId="77777777" w:rsidR="0014011B" w:rsidRPr="00B73748" w:rsidRDefault="001401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EB8226" w14:textId="77777777" w:rsidR="0014011B" w:rsidRPr="00B73748" w:rsidRDefault="001401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17200F81" w14:textId="77777777" w:rsidR="00EC1D4C" w:rsidRDefault="00EC1D4C" w:rsidP="00EC1D4C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5F2CE" w14:textId="3049B7E1" w:rsidR="0014011B" w:rsidRPr="00EC1D4C" w:rsidRDefault="008865FD" w:rsidP="00EC1D4C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D4C">
        <w:rPr>
          <w:rFonts w:ascii="Times New Roman" w:hAnsi="Times New Roman" w:cs="Times New Roman"/>
          <w:b/>
          <w:bCs/>
          <w:sz w:val="28"/>
          <w:szCs w:val="28"/>
        </w:rPr>
        <w:t>Para cancelar comidas, llame al 978-686-1422 con al menos 24 horas de anticipación al servicio.</w:t>
      </w:r>
    </w:p>
    <w:p w14:paraId="447091BE" w14:textId="77777777" w:rsidR="0014011B" w:rsidRPr="00EC1D4C" w:rsidRDefault="008865FD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D4C">
        <w:rPr>
          <w:rFonts w:ascii="Times New Roman" w:hAnsi="Times New Roman" w:cs="Times New Roman"/>
          <w:b/>
          <w:bCs/>
          <w:sz w:val="28"/>
          <w:szCs w:val="28"/>
        </w:rPr>
        <w:t>Se sugiere una donación confidencial de $2.00 por comida. Las cartas de solicitud de donación se envían mensualmente.</w:t>
      </w:r>
    </w:p>
    <w:p w14:paraId="2D93F5C0" w14:textId="77777777" w:rsidR="0014011B" w:rsidRPr="00EC1D4C" w:rsidRDefault="008865FD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D4C">
        <w:rPr>
          <w:rFonts w:ascii="Times New Roman" w:hAnsi="Times New Roman" w:cs="Times New Roman"/>
          <w:b/>
          <w:bCs/>
          <w:sz w:val="28"/>
          <w:szCs w:val="28"/>
        </w:rPr>
        <w:t>Presentado por la Ley de Personas Mayores de Estados Unidos. El menú está sujeto a cambios sin previo aviso.</w:t>
      </w:r>
    </w:p>
    <w:p w14:paraId="2047846B" w14:textId="67CEF93C" w:rsidR="0014011B" w:rsidRPr="00EC1D4C" w:rsidRDefault="00EC1D4C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D4C">
        <w:rPr>
          <w:rFonts w:ascii="Times New Roman" w:hAnsi="Times New Roman" w:cs="Times New Roman"/>
          <w:b/>
          <w:bCs/>
          <w:sz w:val="28"/>
          <w:szCs w:val="28"/>
        </w:rPr>
        <w:t>El contenido de sodio de cada plato del menú está disponible bajo petición.</w:t>
      </w:r>
    </w:p>
    <w:sectPr w:rsidR="0014011B" w:rsidRPr="00EC1D4C" w:rsidSect="007F7344">
      <w:headerReference w:type="first" r:id="rId8"/>
      <w:pgSz w:w="12240" w:h="15840" w:orient="landscape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7AA4D" w14:textId="77777777" w:rsidR="00E56012" w:rsidRDefault="00E56012" w:rsidP="00B73748">
      <w:pPr>
        <w:spacing w:after="0" w:line="240" w:lineRule="auto"/>
      </w:pPr>
      <w:r>
        <w:separator/>
      </w:r>
    </w:p>
  </w:endnote>
  <w:endnote w:type="continuationSeparator" w:id="0">
    <w:p w14:paraId="0C8545C6" w14:textId="77777777" w:rsidR="00E56012" w:rsidRDefault="00E56012" w:rsidP="00B7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8AC87" w14:textId="77777777" w:rsidR="00E56012" w:rsidRDefault="00E56012" w:rsidP="00B73748">
      <w:pPr>
        <w:spacing w:after="0" w:line="240" w:lineRule="auto"/>
      </w:pPr>
      <w:r>
        <w:separator/>
      </w:r>
    </w:p>
  </w:footnote>
  <w:footnote w:type="continuationSeparator" w:id="0">
    <w:p w14:paraId="0E2B790D" w14:textId="77777777" w:rsidR="00E56012" w:rsidRDefault="00E56012" w:rsidP="00B73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56F8" w14:textId="77777777" w:rsidR="00B73748" w:rsidRPr="00B73748" w:rsidRDefault="00B73748" w:rsidP="00B73748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B73748">
      <w:rPr>
        <w:rFonts w:ascii="Times New Roman" w:hAnsi="Times New Roman" w:cs="Times New Roman"/>
        <w:b/>
        <w:sz w:val="28"/>
        <w:szCs w:val="28"/>
      </w:rPr>
      <w:t>Menú de septiembre de 2026 inspirado en la cultura latina</w:t>
    </w:r>
  </w:p>
  <w:p w14:paraId="54A82875" w14:textId="77777777" w:rsidR="00B73748" w:rsidRPr="00B73748" w:rsidRDefault="00B73748" w:rsidP="00B73748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B73748">
      <w:rPr>
        <w:rFonts w:ascii="Times New Roman" w:hAnsi="Times New Roman" w:cs="Times New Roman"/>
        <w:b/>
        <w:sz w:val="28"/>
        <w:szCs w:val="28"/>
      </w:rPr>
      <w:t xml:space="preserve">Información del menú: Clave: Cal = Calorías, </w:t>
    </w:r>
    <w:proofErr w:type="spellStart"/>
    <w:r w:rsidRPr="00B73748">
      <w:rPr>
        <w:rFonts w:ascii="Times New Roman" w:hAnsi="Times New Roman" w:cs="Times New Roman"/>
        <w:b/>
        <w:sz w:val="28"/>
        <w:szCs w:val="28"/>
      </w:rPr>
      <w:t>Carb</w:t>
    </w:r>
    <w:proofErr w:type="spellEnd"/>
    <w:r w:rsidRPr="00B73748">
      <w:rPr>
        <w:rFonts w:ascii="Times New Roman" w:hAnsi="Times New Roman" w:cs="Times New Roman"/>
        <w:b/>
        <w:sz w:val="28"/>
        <w:szCs w:val="28"/>
      </w:rPr>
      <w:t xml:space="preserve"> = Carbohidratos, S = Sodio</w:t>
    </w:r>
  </w:p>
  <w:p w14:paraId="7CACC2CB" w14:textId="4B05DCBC" w:rsidR="00B73748" w:rsidRPr="00B73748" w:rsidRDefault="00B73748" w:rsidP="00B73748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B73748">
      <w:rPr>
        <w:rFonts w:ascii="Times New Roman" w:hAnsi="Times New Roman" w:cs="Times New Roman"/>
        <w:b/>
        <w:sz w:val="28"/>
        <w:szCs w:val="28"/>
      </w:rPr>
      <w:t>Preguntas sobre nutrición: Comuníquese con Leigh al 978-651-3023 o a lhartwell@agespan.org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7B41AB"/>
    <w:multiLevelType w:val="hybridMultilevel"/>
    <w:tmpl w:val="D7D6E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B87B0B"/>
    <w:multiLevelType w:val="hybridMultilevel"/>
    <w:tmpl w:val="46D4A2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9137636">
    <w:abstractNumId w:val="8"/>
  </w:num>
  <w:num w:numId="2" w16cid:durableId="738556314">
    <w:abstractNumId w:val="6"/>
  </w:num>
  <w:num w:numId="3" w16cid:durableId="1557354120">
    <w:abstractNumId w:val="5"/>
  </w:num>
  <w:num w:numId="4" w16cid:durableId="2017882888">
    <w:abstractNumId w:val="4"/>
  </w:num>
  <w:num w:numId="5" w16cid:durableId="1815098209">
    <w:abstractNumId w:val="7"/>
  </w:num>
  <w:num w:numId="6" w16cid:durableId="1832211843">
    <w:abstractNumId w:val="3"/>
  </w:num>
  <w:num w:numId="7" w16cid:durableId="1361125682">
    <w:abstractNumId w:val="2"/>
  </w:num>
  <w:num w:numId="8" w16cid:durableId="1901165696">
    <w:abstractNumId w:val="1"/>
  </w:num>
  <w:num w:numId="9" w16cid:durableId="844591161">
    <w:abstractNumId w:val="0"/>
  </w:num>
  <w:num w:numId="10" w16cid:durableId="1159418987">
    <w:abstractNumId w:val="10"/>
  </w:num>
  <w:num w:numId="11" w16cid:durableId="3147695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4DA"/>
    <w:rsid w:val="0014011B"/>
    <w:rsid w:val="00143C74"/>
    <w:rsid w:val="0015074B"/>
    <w:rsid w:val="0029639D"/>
    <w:rsid w:val="00326F90"/>
    <w:rsid w:val="006869E6"/>
    <w:rsid w:val="007F7344"/>
    <w:rsid w:val="00810ADD"/>
    <w:rsid w:val="008577A8"/>
    <w:rsid w:val="0088636B"/>
    <w:rsid w:val="008865FD"/>
    <w:rsid w:val="0093235E"/>
    <w:rsid w:val="00AA1D8D"/>
    <w:rsid w:val="00AF3B6C"/>
    <w:rsid w:val="00B47730"/>
    <w:rsid w:val="00B73748"/>
    <w:rsid w:val="00CB0664"/>
    <w:rsid w:val="00E56012"/>
    <w:rsid w:val="00EC1D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91B81B"/>
  <w14:defaultImageDpi w14:val="300"/>
  <w15:docId w15:val="{E30CB775-C2F0-4177-90BE-9CC600C3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Leigh Hartwell</cp:lastModifiedBy>
  <cp:revision>2</cp:revision>
  <dcterms:created xsi:type="dcterms:W3CDTF">2026-08-26T15:25:00Z</dcterms:created>
  <dcterms:modified xsi:type="dcterms:W3CDTF">2026-08-26T15:25:00Z</dcterms:modified>
  <cp:category/>
</cp:coreProperties>
</file>