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C008E" w14:textId="7E03A345" w:rsidR="00EB55F1" w:rsidRDefault="00EB55F1" w:rsidP="00C165C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2235"/>
        <w:gridCol w:w="2235"/>
        <w:gridCol w:w="2145"/>
        <w:gridCol w:w="2269"/>
      </w:tblGrid>
      <w:tr w:rsidR="00EB55F1" w:rsidRPr="002D3AB6" w14:paraId="1A90F755" w14:textId="77777777" w:rsidTr="00C165CD">
        <w:trPr>
          <w:jc w:val="center"/>
        </w:trPr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FE0F5E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1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Meatloaf &amp; Gravy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Orzo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Carrots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MG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Fruit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478485EE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910  </w:t>
            </w:r>
          </w:p>
          <w:p w14:paraId="6A341E1F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280  </w:t>
            </w:r>
          </w:p>
          <w:p w14:paraId="35A06370" w14:textId="4212E6FC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475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1394CE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2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Cold: Chicken Salad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Garden Salad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Couscous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Pita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Yogurt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4C007DF5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625  </w:t>
            </w:r>
          </w:p>
          <w:p w14:paraId="230BA736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290  </w:t>
            </w:r>
          </w:p>
          <w:p w14:paraId="3B4089DD" w14:textId="49ECF8A5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620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F5B3C2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Thursday, September 3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Pulled Pork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Butternut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Cauliflower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Oat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Cookies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4341D993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995  </w:t>
            </w:r>
          </w:p>
          <w:p w14:paraId="77A5B378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325  </w:t>
            </w:r>
          </w:p>
          <w:p w14:paraId="2DFDF677" w14:textId="5044BA23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785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E4F6AC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Friday, September 4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Veggie Burger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Green Beans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Corn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WW Bun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Mandarins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5E7F856E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940  </w:t>
            </w:r>
          </w:p>
          <w:p w14:paraId="61FE356D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290  </w:t>
            </w:r>
          </w:p>
          <w:p w14:paraId="24D7C3E2" w14:textId="5D2EA85F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585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826CB4" w14:textId="77777777" w:rsidR="00EB55F1" w:rsidRPr="002D3AB6" w:rsidRDefault="00EB55F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EB55F1" w:rsidRPr="002D3AB6" w14:paraId="59447972" w14:textId="77777777" w:rsidTr="00C165CD">
        <w:trPr>
          <w:jc w:val="center"/>
        </w:trPr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6D255C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Monday, September 7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Holiday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No Meals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3F1E13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8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Lasagna &amp; Marinara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Capri Veg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WW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Grahams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76A039DC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590  </w:t>
            </w:r>
          </w:p>
          <w:p w14:paraId="40C749C5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325  </w:t>
            </w:r>
          </w:p>
          <w:p w14:paraId="6471AF11" w14:textId="7BD8A1E2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770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561C27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9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Rosemary Pork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Corn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Berries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Coleslaw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Oat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399BE892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745  </w:t>
            </w:r>
          </w:p>
          <w:p w14:paraId="0DD9AF3D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275  </w:t>
            </w:r>
          </w:p>
          <w:p w14:paraId="1A830379" w14:textId="2D360E92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410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2903D0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Thursday, September 10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Cold: Turkey &amp; Cheese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Pasta Salad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Garden Salad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LS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Fresh Fruit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586EF1A0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885  </w:t>
            </w:r>
          </w:p>
          <w:p w14:paraId="16B8A0B7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430  </w:t>
            </w:r>
          </w:p>
          <w:p w14:paraId="538407A5" w14:textId="33386CF4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680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2630EB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Friday, September 11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Breaded Fish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Beets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Veggies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Roll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Fruit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714F38DD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950  </w:t>
            </w:r>
          </w:p>
          <w:p w14:paraId="0E8EEEC8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325  </w:t>
            </w:r>
          </w:p>
          <w:p w14:paraId="532F5108" w14:textId="07457465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655</w:t>
            </w:r>
          </w:p>
        </w:tc>
      </w:tr>
      <w:tr w:rsidR="00EB55F1" w:rsidRPr="002D3AB6" w14:paraId="3C25D1E4" w14:textId="77777777" w:rsidTr="00C165CD">
        <w:trPr>
          <w:jc w:val="center"/>
        </w:trPr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F3E694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Monday, September 14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Pork &amp; Mushrooms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Corn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Cauliflower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MG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Applesauce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560ED841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lastRenderedPageBreak/>
              <w:t xml:space="preserve">K: 1025  </w:t>
            </w:r>
          </w:p>
          <w:p w14:paraId="7D15F8B6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400  </w:t>
            </w:r>
          </w:p>
          <w:p w14:paraId="51E17F46" w14:textId="128B179F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300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DC9385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Tuesday, September 15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Basil Beef, Peppers &amp; Onions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Brown Rice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Roll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Pineapple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6B114F1D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lastRenderedPageBreak/>
              <w:t xml:space="preserve">K: 960  </w:t>
            </w:r>
          </w:p>
          <w:p w14:paraId="4C61C421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400  </w:t>
            </w:r>
          </w:p>
          <w:p w14:paraId="73142F27" w14:textId="12150B5E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820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61E333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Wednesday, September 16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Cold: Egg Salad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Potato Salad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Garden Salad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Pita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Yogurt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7698610E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830  </w:t>
            </w:r>
          </w:p>
          <w:p w14:paraId="2A2EFF2F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lastRenderedPageBreak/>
              <w:t xml:space="preserve">Phos: 280  </w:t>
            </w:r>
          </w:p>
          <w:p w14:paraId="0E561B6F" w14:textId="4ED05A8F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840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672720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Thursday, September 17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Special: Cider Chicken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Fall Veggies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Mashed Potato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Cookies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Dinner Roll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76A4969A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1000 </w:t>
            </w:r>
          </w:p>
          <w:p w14:paraId="62AB152E" w14:textId="58585E46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430  </w:t>
            </w:r>
          </w:p>
          <w:p w14:paraId="4854BA23" w14:textId="23327B26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490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759D70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Friday, September 18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Staff Appreciation Day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No Meals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</w:tc>
      </w:tr>
      <w:tr w:rsidR="00EB55F1" w:rsidRPr="002D3AB6" w14:paraId="12232E50" w14:textId="77777777" w:rsidTr="00C165CD">
        <w:trPr>
          <w:jc w:val="center"/>
        </w:trPr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F1E994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Monday, September 21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Honey Garlic Chicken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Rice and Peas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WW Roll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Mandarins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2A48A371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755  </w:t>
            </w:r>
          </w:p>
          <w:p w14:paraId="4E5DBE8A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335  </w:t>
            </w:r>
          </w:p>
          <w:p w14:paraId="089A8CC4" w14:textId="3FB2EDE8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650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16DEF2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22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Beef, Noodles &amp; Veggies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Cauliflower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MG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Pineapple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6DF72A63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785  </w:t>
            </w:r>
          </w:p>
          <w:p w14:paraId="3B17919D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330  </w:t>
            </w:r>
          </w:p>
          <w:p w14:paraId="0473B60C" w14:textId="3E220B48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330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1B8C73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23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Sweet &amp; Sour Meatballs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Lo Mein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Vegetables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Oat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Fruit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562AD374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930  </w:t>
            </w:r>
          </w:p>
          <w:p w14:paraId="26D1CC47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260  </w:t>
            </w:r>
          </w:p>
          <w:p w14:paraId="49E80A6B" w14:textId="43FEF38A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605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E48143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Thursday, September 24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Cold: Orzo &amp; Chicken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Green Bean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MG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Grahams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7D3DFF4F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715  </w:t>
            </w:r>
          </w:p>
          <w:p w14:paraId="00E62DB4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350  </w:t>
            </w:r>
          </w:p>
          <w:p w14:paraId="0A3FD1BE" w14:textId="4E78872A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790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5E16CD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Friday, September 25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Garlic Salmon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Rice &amp; Bean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Carrots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Yogurt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12EC8901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990  </w:t>
            </w:r>
          </w:p>
          <w:p w14:paraId="0ED9F274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480  </w:t>
            </w:r>
          </w:p>
          <w:p w14:paraId="2D9D99D4" w14:textId="1750B91B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470</w:t>
            </w:r>
          </w:p>
        </w:tc>
      </w:tr>
      <w:tr w:rsidR="00EB55F1" w:rsidRPr="002D3AB6" w14:paraId="6281DD31" w14:textId="77777777" w:rsidTr="00C165CD">
        <w:trPr>
          <w:jc w:val="center"/>
        </w:trPr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B473CC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Monday, September 28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Turkey Burger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Rice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Carrots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LS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Applesauce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0A091CDF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715  </w:t>
            </w:r>
          </w:p>
          <w:p w14:paraId="54CAF0B1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295  </w:t>
            </w:r>
          </w:p>
          <w:p w14:paraId="27CB56EA" w14:textId="1AA55C19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705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D227E0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29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Sesame Chicken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Couscous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Green Beans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Oat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Pineapple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45ADF7B1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790  </w:t>
            </w:r>
          </w:p>
          <w:p w14:paraId="3EEB21BE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280  </w:t>
            </w:r>
          </w:p>
          <w:p w14:paraId="1F508030" w14:textId="3E041D77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745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5273AC" w14:textId="77777777" w:rsidR="00EB55F1" w:rsidRPr="002D3AB6" w:rsidRDefault="007D0850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30</w:t>
            </w:r>
            <w:r w:rsidRPr="002D3AB6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t>• Cold: Ham &amp; Cheese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Corn Salad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Garden Salad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LS Bread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  <w:t>• Yogurt</w:t>
            </w:r>
            <w:r w:rsidRPr="002D3AB6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14:paraId="365F9997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K: 950  </w:t>
            </w:r>
          </w:p>
          <w:p w14:paraId="25F19F6F" w14:textId="77777777" w:rsidR="00825FBA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color w:val="505050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 xml:space="preserve">Phos: 575  </w:t>
            </w:r>
          </w:p>
          <w:p w14:paraId="6C2C7D33" w14:textId="0C940788" w:rsidR="00EB55F1" w:rsidRPr="002D3AB6" w:rsidRDefault="007D0850">
            <w:pPr>
              <w:spacing w:before="80"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D3AB6">
              <w:rPr>
                <w:rFonts w:asciiTheme="majorHAnsi" w:hAnsiTheme="majorHAnsi" w:cstheme="majorHAnsi"/>
                <w:color w:val="505050"/>
                <w:sz w:val="28"/>
                <w:szCs w:val="28"/>
              </w:rPr>
              <w:t>S: 695</w:t>
            </w: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CC0724" w14:textId="77777777" w:rsidR="00EB55F1" w:rsidRPr="002D3AB6" w:rsidRDefault="00EB55F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3A9C11" w14:textId="77777777" w:rsidR="00EB55F1" w:rsidRPr="002D3AB6" w:rsidRDefault="00EB55F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02BEE023" w14:textId="77777777" w:rsidR="002946D3" w:rsidRDefault="007D0850" w:rsidP="009253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17"/>
        </w:rPr>
        <w:br/>
      </w:r>
      <w:r w:rsidR="0092530F" w:rsidRPr="0092530F">
        <w:rPr>
          <w:rFonts w:ascii="Times New Roman" w:hAnsi="Times New Roman" w:cs="Times New Roman"/>
          <w:b/>
          <w:bCs/>
          <w:sz w:val="28"/>
          <w:szCs w:val="28"/>
        </w:rPr>
        <w:t xml:space="preserve">Total Phosphorus (Phos), Potassium (K) &amp; Sodium include: </w:t>
      </w:r>
    </w:p>
    <w:p w14:paraId="6618202F" w14:textId="4CC6D3F9" w:rsidR="0092530F" w:rsidRPr="0092530F" w:rsidRDefault="0092530F" w:rsidP="009253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30F">
        <w:rPr>
          <w:rFonts w:ascii="Times New Roman" w:hAnsi="Times New Roman" w:cs="Times New Roman"/>
          <w:b/>
          <w:bCs/>
          <w:sz w:val="28"/>
          <w:szCs w:val="28"/>
        </w:rPr>
        <w:t xml:space="preserve">Entrée, sides, bread, juice&amp; margarine. </w:t>
      </w:r>
    </w:p>
    <w:p w14:paraId="76365FA0" w14:textId="77777777" w:rsidR="0092530F" w:rsidRDefault="007D0850" w:rsidP="009253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30F">
        <w:rPr>
          <w:rFonts w:ascii="Times New Roman" w:hAnsi="Times New Roman" w:cs="Times New Roman"/>
          <w:b/>
          <w:bCs/>
          <w:sz w:val="28"/>
          <w:szCs w:val="28"/>
        </w:rPr>
        <w:t xml:space="preserve">To Cancel Meals please call 978-686-1422 at least 24 hours prior to service. </w:t>
      </w:r>
    </w:p>
    <w:p w14:paraId="4BD02406" w14:textId="77777777" w:rsidR="002D3AB6" w:rsidRDefault="007D0850" w:rsidP="009253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30F">
        <w:rPr>
          <w:rFonts w:ascii="Times New Roman" w:hAnsi="Times New Roman" w:cs="Times New Roman"/>
          <w:b/>
          <w:bCs/>
          <w:sz w:val="28"/>
          <w:szCs w:val="28"/>
        </w:rPr>
        <w:t>A $2.00 confidential donation is suggested per meal. Donation letters are mailed monthly.</w:t>
      </w:r>
      <w:r w:rsidRPr="0092530F">
        <w:rPr>
          <w:rFonts w:ascii="Times New Roman" w:hAnsi="Times New Roman" w:cs="Times New Roman"/>
          <w:b/>
          <w:bCs/>
          <w:sz w:val="28"/>
          <w:szCs w:val="28"/>
        </w:rPr>
        <w:br/>
        <w:t>Brought to you by the Older Americans Act. Menu to Change Without Notice.</w:t>
      </w:r>
    </w:p>
    <w:p w14:paraId="0DC62563" w14:textId="0B02C7BC" w:rsidR="00EB55F1" w:rsidRPr="0092530F" w:rsidRDefault="002D3AB6" w:rsidP="009253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1C5">
        <w:rPr>
          <w:rFonts w:ascii="Times New Roman" w:hAnsi="Times New Roman" w:cs="Times New Roman"/>
          <w:b/>
          <w:bCs/>
          <w:sz w:val="28"/>
          <w:szCs w:val="28"/>
        </w:rPr>
        <w:t xml:space="preserve">The sodium content of individual </w:t>
      </w:r>
      <w:proofErr w:type="gramStart"/>
      <w:r w:rsidRPr="009621C5">
        <w:rPr>
          <w:rFonts w:ascii="Times New Roman" w:hAnsi="Times New Roman" w:cs="Times New Roman"/>
          <w:b/>
          <w:bCs/>
          <w:sz w:val="28"/>
          <w:szCs w:val="28"/>
        </w:rPr>
        <w:t>menu items</w:t>
      </w:r>
      <w:proofErr w:type="gramEnd"/>
      <w:r w:rsidRPr="009621C5">
        <w:rPr>
          <w:rFonts w:ascii="Times New Roman" w:hAnsi="Times New Roman" w:cs="Times New Roman"/>
          <w:b/>
          <w:bCs/>
          <w:sz w:val="28"/>
          <w:szCs w:val="28"/>
        </w:rPr>
        <w:t xml:space="preserve"> is available upon request.</w:t>
      </w:r>
      <w:r w:rsidR="007D0850" w:rsidRPr="0092530F">
        <w:rPr>
          <w:rFonts w:ascii="Times New Roman" w:hAnsi="Times New Roman" w:cs="Times New Roman"/>
          <w:b/>
          <w:bCs/>
          <w:sz w:val="28"/>
          <w:szCs w:val="28"/>
        </w:rPr>
        <w:br/>
      </w:r>
    </w:p>
    <w:sectPr w:rsidR="00EB55F1" w:rsidRPr="0092530F" w:rsidSect="002946D3">
      <w:headerReference w:type="default" r:id="rId8"/>
      <w:headerReference w:type="first" r:id="rId9"/>
      <w:pgSz w:w="12240" w:h="15840" w:orient="landscape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E27AF" w14:textId="77777777" w:rsidR="00C735F1" w:rsidRDefault="00C735F1" w:rsidP="00C165CD">
      <w:pPr>
        <w:spacing w:after="0" w:line="240" w:lineRule="auto"/>
      </w:pPr>
      <w:r>
        <w:separator/>
      </w:r>
    </w:p>
  </w:endnote>
  <w:endnote w:type="continuationSeparator" w:id="0">
    <w:p w14:paraId="33AA5121" w14:textId="77777777" w:rsidR="00C735F1" w:rsidRDefault="00C735F1" w:rsidP="00C16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B0849" w14:textId="77777777" w:rsidR="00C735F1" w:rsidRDefault="00C735F1" w:rsidP="00C165CD">
      <w:pPr>
        <w:spacing w:after="0" w:line="240" w:lineRule="auto"/>
      </w:pPr>
      <w:r>
        <w:separator/>
      </w:r>
    </w:p>
  </w:footnote>
  <w:footnote w:type="continuationSeparator" w:id="0">
    <w:p w14:paraId="05E4EADC" w14:textId="77777777" w:rsidR="00C735F1" w:rsidRDefault="00C735F1" w:rsidP="00C16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98975E0E1C1C41619D72AEE1D277D927"/>
      </w:placeholder>
      <w:temporary/>
      <w:showingPlcHdr/>
      <w15:appearance w15:val="hidden"/>
    </w:sdtPr>
    <w:sdtContent>
      <w:p w14:paraId="33102904" w14:textId="77777777" w:rsidR="00C165CD" w:rsidRDefault="00C165CD">
        <w:pPr>
          <w:pStyle w:val="Header"/>
        </w:pPr>
        <w:r>
          <w:t>[Type here]</w:t>
        </w:r>
      </w:p>
    </w:sdtContent>
  </w:sdt>
  <w:p w14:paraId="4631898D" w14:textId="77777777" w:rsidR="00C165CD" w:rsidRDefault="00C165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7208" w14:textId="7D9A8324" w:rsidR="00C165CD" w:rsidRPr="00C165CD" w:rsidRDefault="00C165CD" w:rsidP="00C165CD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C165CD">
      <w:rPr>
        <w:rFonts w:ascii="Times New Roman" w:hAnsi="Times New Roman" w:cs="Times New Roman"/>
        <w:b/>
        <w:sz w:val="28"/>
        <w:szCs w:val="28"/>
      </w:rPr>
      <w:t>September Renal Menu 2026</w:t>
    </w:r>
    <w:r w:rsidRPr="00C165CD">
      <w:rPr>
        <w:rFonts w:ascii="Times New Roman" w:hAnsi="Times New Roman" w:cs="Times New Roman"/>
        <w:b/>
        <w:sz w:val="28"/>
        <w:szCs w:val="28"/>
      </w:rPr>
      <w:br/>
      <w:t xml:space="preserve">Menu Information: Key: </w:t>
    </w:r>
    <w:r>
      <w:rPr>
        <w:rFonts w:ascii="Times New Roman" w:hAnsi="Times New Roman" w:cs="Times New Roman"/>
        <w:b/>
        <w:sz w:val="28"/>
        <w:szCs w:val="28"/>
      </w:rPr>
      <w:t>K = Potassium, Phos: Phosphorus, S</w:t>
    </w:r>
    <w:r w:rsidR="008945BA">
      <w:rPr>
        <w:rFonts w:ascii="Times New Roman" w:hAnsi="Times New Roman" w:cs="Times New Roman"/>
        <w:b/>
        <w:sz w:val="28"/>
        <w:szCs w:val="28"/>
      </w:rPr>
      <w:t>: Sodium</w:t>
    </w:r>
    <w:r w:rsidRPr="00C165CD">
      <w:rPr>
        <w:rFonts w:ascii="Times New Roman" w:hAnsi="Times New Roman" w:cs="Times New Roman"/>
        <w:b/>
        <w:sz w:val="28"/>
        <w:szCs w:val="28"/>
      </w:rPr>
      <w:br/>
      <w:t>Nutrition Questions: Contact Leigh Hartwell at 978-651-3023 or lhartwell@agespan.org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9213246">
    <w:abstractNumId w:val="8"/>
  </w:num>
  <w:num w:numId="2" w16cid:durableId="1867597046">
    <w:abstractNumId w:val="6"/>
  </w:num>
  <w:num w:numId="3" w16cid:durableId="49160635">
    <w:abstractNumId w:val="5"/>
  </w:num>
  <w:num w:numId="4" w16cid:durableId="1046760125">
    <w:abstractNumId w:val="4"/>
  </w:num>
  <w:num w:numId="5" w16cid:durableId="1920483723">
    <w:abstractNumId w:val="7"/>
  </w:num>
  <w:num w:numId="6" w16cid:durableId="204950051">
    <w:abstractNumId w:val="3"/>
  </w:num>
  <w:num w:numId="7" w16cid:durableId="405230670">
    <w:abstractNumId w:val="2"/>
  </w:num>
  <w:num w:numId="8" w16cid:durableId="1618021045">
    <w:abstractNumId w:val="1"/>
  </w:num>
  <w:num w:numId="9" w16cid:durableId="32574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46D3"/>
    <w:rsid w:val="0029639D"/>
    <w:rsid w:val="002D3AB6"/>
    <w:rsid w:val="00326F90"/>
    <w:rsid w:val="00493F36"/>
    <w:rsid w:val="007D0850"/>
    <w:rsid w:val="00825FBA"/>
    <w:rsid w:val="008945BA"/>
    <w:rsid w:val="0092530F"/>
    <w:rsid w:val="00A148FF"/>
    <w:rsid w:val="00AA1D8D"/>
    <w:rsid w:val="00B47730"/>
    <w:rsid w:val="00C165CD"/>
    <w:rsid w:val="00C735F1"/>
    <w:rsid w:val="00CB0664"/>
    <w:rsid w:val="00EB55F1"/>
    <w:rsid w:val="00FB14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3200E6"/>
  <w14:defaultImageDpi w14:val="300"/>
  <w15:docId w15:val="{D002D509-9A33-434C-A62B-309F2347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975E0E1C1C41619D72AEE1D277D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E009E-FE2A-44A7-AE9F-8F176319FADA}"/>
      </w:docPartPr>
      <w:docPartBody>
        <w:p w:rsidR="001F2859" w:rsidRDefault="008B2EF9" w:rsidP="008B2EF9">
          <w:pPr>
            <w:pStyle w:val="98975E0E1C1C41619D72AEE1D277D927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F9"/>
    <w:rsid w:val="001F2859"/>
    <w:rsid w:val="008B2EF9"/>
    <w:rsid w:val="00FB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8975E0E1C1C41619D72AEE1D277D927">
    <w:name w:val="98975E0E1C1C41619D72AEE1D277D927"/>
    <w:rsid w:val="008B2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518</Words>
  <Characters>2264</Characters>
  <Application>Microsoft Office Word</Application>
  <DocSecurity>0</DocSecurity>
  <Lines>323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Leigh Hartwell</cp:lastModifiedBy>
  <cp:revision>8</cp:revision>
  <dcterms:created xsi:type="dcterms:W3CDTF">2026-08-26T15:04:00Z</dcterms:created>
  <dcterms:modified xsi:type="dcterms:W3CDTF">2026-08-26T15:13:00Z</dcterms:modified>
  <cp:category/>
</cp:coreProperties>
</file>