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9BCD" w14:textId="6D507E1E" w:rsidR="00D31AFE" w:rsidRDefault="00D31AFE" w:rsidP="003F6557">
      <w:pPr>
        <w:spacing w:after="4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F6557" w:rsidRPr="003F6557" w14:paraId="0DA92B3D" w14:textId="77777777" w:rsidTr="003F6557"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CE3073" w14:textId="77777777" w:rsidR="003F6557" w:rsidRPr="003F6557" w:rsidRDefault="003F655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</w:t>
            </w:r>
          </w:p>
          <w:p w14:paraId="69254F11" w14:textId="77777777" w:rsidR="003F6557" w:rsidRPr="003F6557" w:rsidRDefault="003F6557" w:rsidP="00606F82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Meatloaf</w:t>
            </w:r>
          </w:p>
          <w:p w14:paraId="57572E38" w14:textId="77777777" w:rsidR="003F6557" w:rsidRPr="003F6557" w:rsidRDefault="003F6557" w:rsidP="00606F82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Potatoes</w:t>
            </w:r>
          </w:p>
          <w:p w14:paraId="4694FB87" w14:textId="77777777" w:rsidR="003F6557" w:rsidRPr="003F6557" w:rsidRDefault="003F6557" w:rsidP="00606F82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5C823412" w14:textId="77777777" w:rsidR="003F6557" w:rsidRPr="003F6557" w:rsidRDefault="003F6557" w:rsidP="00606F82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6D5809F5" w14:textId="0A148211" w:rsidR="003F6557" w:rsidRPr="003F6557" w:rsidRDefault="003F655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CE6C63" w14:textId="77777777" w:rsidR="003F6557" w:rsidRPr="003F6557" w:rsidRDefault="003F655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</w:t>
            </w:r>
          </w:p>
          <w:p w14:paraId="3D21043B" w14:textId="77777777" w:rsidR="003F6557" w:rsidRPr="003F6557" w:rsidRDefault="003F6557" w:rsidP="00A07445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Cold Meal</w:t>
            </w:r>
          </w:p>
          <w:p w14:paraId="36AC2559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Chicken Salad</w:t>
            </w:r>
          </w:p>
          <w:p w14:paraId="05219FFA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Pasta Salad</w:t>
            </w:r>
          </w:p>
          <w:p w14:paraId="7602E8B9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  <w:p w14:paraId="68A6F62B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1EE01823" w14:textId="683EBE4A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Pudding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70196" w14:textId="77777777" w:rsidR="003F6557" w:rsidRPr="003F6557" w:rsidRDefault="003F655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3</w:t>
            </w:r>
          </w:p>
          <w:p w14:paraId="6FA4B620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BBQ Pork</w:t>
            </w:r>
          </w:p>
          <w:p w14:paraId="1CEBD347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Sweet Potato</w:t>
            </w:r>
          </w:p>
          <w:p w14:paraId="1E1502C4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2717E6FB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Yogurt</w:t>
            </w:r>
          </w:p>
          <w:p w14:paraId="04F8F2CF" w14:textId="5B04F37D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DE71D" w14:textId="77777777" w:rsidR="003F6557" w:rsidRPr="003F6557" w:rsidRDefault="003F655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4</w:t>
            </w:r>
          </w:p>
          <w:p w14:paraId="1298222C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Chicken &amp; Gravy</w:t>
            </w:r>
          </w:p>
          <w:p w14:paraId="7163B544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Peas</w:t>
            </w:r>
          </w:p>
          <w:p w14:paraId="192DF641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Potato</w:t>
            </w:r>
          </w:p>
          <w:p w14:paraId="134CDB88" w14:textId="77777777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7DE9F7EF" w14:textId="068EA190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452CC" w14:textId="2471564C" w:rsidR="003F6557" w:rsidRPr="003F6557" w:rsidRDefault="003F655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31AFE" w:rsidRPr="003F6557" w14:paraId="3FD75632" w14:textId="77777777" w:rsidTr="003F6557"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C6F72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7</w:t>
            </w:r>
          </w:p>
          <w:p w14:paraId="627C294D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HOLIDAY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NO MEALS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49545A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8</w:t>
            </w:r>
          </w:p>
          <w:p w14:paraId="2835D15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Lasagna &amp; Marinara</w:t>
            </w:r>
          </w:p>
          <w:p w14:paraId="33ABFB5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67D666E3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2735FF56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915D28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9</w:t>
            </w:r>
          </w:p>
          <w:p w14:paraId="2CAFBC5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Rosemary Garlic Pork</w:t>
            </w:r>
          </w:p>
          <w:p w14:paraId="6CD95CA0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Sweet Potatoes</w:t>
            </w:r>
          </w:p>
          <w:p w14:paraId="69C34C1A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  <w:p w14:paraId="044B638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Yogurt</w:t>
            </w:r>
          </w:p>
          <w:p w14:paraId="5B3602F7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1C9E2A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10</w:t>
            </w:r>
          </w:p>
          <w:p w14:paraId="5EEC8254" w14:textId="77777777" w:rsidR="00D31AFE" w:rsidRPr="003F6557" w:rsidRDefault="004B7577" w:rsidP="00A07445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Cold Meal</w:t>
            </w:r>
          </w:p>
          <w:p w14:paraId="3250BEE3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Turkey</w:t>
            </w:r>
          </w:p>
          <w:p w14:paraId="5EB7D34B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Pasta Salad</w:t>
            </w:r>
          </w:p>
          <w:p w14:paraId="4D31D35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0B867EF0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Pudding</w:t>
            </w:r>
          </w:p>
          <w:p w14:paraId="41C0831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21B9E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11</w:t>
            </w:r>
          </w:p>
          <w:p w14:paraId="619A4574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Breaded Fish</w:t>
            </w:r>
          </w:p>
          <w:p w14:paraId="766750CC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Potatoes</w:t>
            </w:r>
          </w:p>
          <w:p w14:paraId="7493A44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Peas</w:t>
            </w:r>
          </w:p>
          <w:p w14:paraId="5F11657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396DAECA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</w:tr>
      <w:tr w:rsidR="00D31AFE" w:rsidRPr="003F6557" w14:paraId="6BD83C11" w14:textId="77777777" w:rsidTr="003F6557"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129BB3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14</w:t>
            </w:r>
          </w:p>
          <w:p w14:paraId="3BEBEC3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Pork &amp; Mushrooms</w:t>
            </w:r>
          </w:p>
          <w:p w14:paraId="64D1805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Sweet Potato</w:t>
            </w:r>
          </w:p>
          <w:p w14:paraId="5435C107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2D3B1C8F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4FC36CD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328A16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15</w:t>
            </w:r>
          </w:p>
          <w:p w14:paraId="08E820A6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Beef &amp; Gravy</w:t>
            </w:r>
          </w:p>
          <w:p w14:paraId="4C392BB0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Butternut</w:t>
            </w:r>
          </w:p>
          <w:p w14:paraId="484DDF4C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6E7C30B6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65A89C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16</w:t>
            </w:r>
          </w:p>
          <w:p w14:paraId="30023121" w14:textId="77777777" w:rsidR="00D31AFE" w:rsidRPr="003F6557" w:rsidRDefault="004B7577" w:rsidP="00A07445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Cold Meal</w:t>
            </w:r>
          </w:p>
          <w:p w14:paraId="5F238B44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Egg Salad</w:t>
            </w:r>
          </w:p>
          <w:p w14:paraId="71A2861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Potato Salad</w:t>
            </w:r>
          </w:p>
          <w:p w14:paraId="02FF311F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  <w:p w14:paraId="130C230B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Yogurt</w:t>
            </w:r>
          </w:p>
          <w:p w14:paraId="53A919F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6EA36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17</w:t>
            </w:r>
          </w:p>
          <w:p w14:paraId="3663D14A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Cider Chicken</w:t>
            </w:r>
          </w:p>
          <w:p w14:paraId="2E60DC26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Beets</w:t>
            </w:r>
          </w:p>
          <w:p w14:paraId="54EA769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Garlic Potato</w:t>
            </w:r>
          </w:p>
          <w:p w14:paraId="41D4886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118283F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Pudding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0D16FC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18</w:t>
            </w:r>
          </w:p>
          <w:p w14:paraId="2C37983E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Staff Appreciation Day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NO MEALS</w:t>
            </w:r>
          </w:p>
        </w:tc>
      </w:tr>
      <w:tr w:rsidR="00D31AFE" w:rsidRPr="003F6557" w14:paraId="25C0BC31" w14:textId="77777777" w:rsidTr="003F6557"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854532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21</w:t>
            </w:r>
          </w:p>
          <w:p w14:paraId="50BC7417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Butter Chicken</w:t>
            </w:r>
          </w:p>
          <w:p w14:paraId="68BE89E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Peas</w:t>
            </w:r>
          </w:p>
          <w:p w14:paraId="70BCF37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1BD56EA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01F220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22</w:t>
            </w:r>
          </w:p>
          <w:p w14:paraId="73B29515" w14:textId="31B0B2D0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CD740F">
              <w:rPr>
                <w:rFonts w:asciiTheme="majorHAnsi" w:hAnsiTheme="majorHAnsi" w:cstheme="majorHAnsi"/>
                <w:sz w:val="28"/>
                <w:szCs w:val="28"/>
              </w:rPr>
              <w:t>Beef &amp; Gravy</w:t>
            </w:r>
          </w:p>
          <w:p w14:paraId="250E3034" w14:textId="182F206F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• </w:t>
            </w:r>
            <w:r w:rsidR="00CD740F">
              <w:rPr>
                <w:rFonts w:asciiTheme="majorHAnsi" w:hAnsiTheme="majorHAnsi" w:cstheme="majorHAnsi"/>
                <w:sz w:val="28"/>
                <w:szCs w:val="28"/>
              </w:rPr>
              <w:t>Noodle &amp; Vegetables</w:t>
            </w:r>
          </w:p>
          <w:p w14:paraId="2C5C122F" w14:textId="379C57BB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CD740F">
              <w:rPr>
                <w:rFonts w:asciiTheme="majorHAnsi" w:hAnsiTheme="majorHAnsi" w:cstheme="majorHAnsi"/>
                <w:sz w:val="28"/>
                <w:szCs w:val="28"/>
              </w:rPr>
              <w:t>Fruit</w:t>
            </w:r>
          </w:p>
          <w:p w14:paraId="63326000" w14:textId="004E1D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CD740F">
              <w:rPr>
                <w:rFonts w:asciiTheme="majorHAnsi" w:hAnsiTheme="majorHAnsi" w:cstheme="majorHAnsi"/>
                <w:sz w:val="28"/>
                <w:szCs w:val="28"/>
              </w:rPr>
              <w:t xml:space="preserve">Healthy Shake 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99D26B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23</w:t>
            </w:r>
          </w:p>
          <w:p w14:paraId="0E2A145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Sweet &amp; Sour Meatballs</w:t>
            </w:r>
          </w:p>
          <w:p w14:paraId="7F5BDDD1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Vegetable Lo Mein</w:t>
            </w:r>
          </w:p>
          <w:p w14:paraId="02599750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420E794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404E9E5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E27E9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Thursday,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24</w:t>
            </w:r>
          </w:p>
          <w:p w14:paraId="56EDCC1E" w14:textId="77777777" w:rsidR="00D31AFE" w:rsidRPr="003F6557" w:rsidRDefault="004B7577" w:rsidP="00A07445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Cold Meal</w:t>
            </w:r>
          </w:p>
          <w:p w14:paraId="7BBC76C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Chicken &amp; Orzo</w:t>
            </w:r>
          </w:p>
          <w:p w14:paraId="0824E4D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Marinated Beets</w:t>
            </w:r>
          </w:p>
          <w:p w14:paraId="0A6BE96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68E580A2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Pudding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84C8DA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Friday,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25</w:t>
            </w:r>
          </w:p>
          <w:p w14:paraId="4C1A32A7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Salmon</w:t>
            </w:r>
          </w:p>
          <w:p w14:paraId="24161A3E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Mashed Potatoes</w:t>
            </w:r>
          </w:p>
          <w:p w14:paraId="7EF993B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47A5A3FC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3890CACC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Puree Fruit</w:t>
            </w:r>
          </w:p>
        </w:tc>
      </w:tr>
      <w:tr w:rsidR="00D31AFE" w:rsidRPr="003F6557" w14:paraId="06D79767" w14:textId="77777777" w:rsidTr="003F6557"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007399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Monday,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28</w:t>
            </w:r>
          </w:p>
          <w:p w14:paraId="225F9F9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Turkey Burger</w:t>
            </w:r>
          </w:p>
          <w:p w14:paraId="4979D94A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Mashed Potatoes</w:t>
            </w:r>
          </w:p>
          <w:p w14:paraId="6291D4A1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0F972225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  <w:p w14:paraId="3405B05F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4BF890" w14:textId="77777777" w:rsidR="00D31AFE" w:rsidRPr="003F6557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29</w:t>
            </w:r>
          </w:p>
          <w:p w14:paraId="528B942A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Marry Me Chicken</w:t>
            </w:r>
          </w:p>
          <w:p w14:paraId="4FBFDFA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Peas</w:t>
            </w:r>
          </w:p>
          <w:p w14:paraId="0EF4060D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Pasta</w:t>
            </w:r>
          </w:p>
          <w:p w14:paraId="4298E848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Healthy Shake</w:t>
            </w:r>
          </w:p>
          <w:p w14:paraId="7F13D789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Fruit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0AA9E" w14:textId="77777777" w:rsidR="00D31AFE" w:rsidRDefault="004B7577" w:rsidP="003F6557">
            <w:pPr>
              <w:spacing w:after="0" w:line="240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3F6557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30</w:t>
            </w:r>
          </w:p>
          <w:p w14:paraId="5E9D7E7C" w14:textId="64ECBC2D" w:rsidR="00A07445" w:rsidRPr="00A07445" w:rsidRDefault="00A07445" w:rsidP="003F6557">
            <w:pPr>
              <w:spacing w:after="0" w:line="240" w:lineRule="auto"/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 w:rsidRPr="00A07445">
              <w:rPr>
                <w:rFonts w:asciiTheme="majorHAnsi" w:hAnsiTheme="majorHAnsi" w:cstheme="majorHAnsi"/>
                <w:bCs/>
                <w:sz w:val="28"/>
                <w:szCs w:val="28"/>
              </w:rPr>
              <w:t>Cold Meal</w:t>
            </w:r>
          </w:p>
          <w:p w14:paraId="46DE2F03" w14:textId="77777777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>• Ham</w:t>
            </w:r>
          </w:p>
          <w:p w14:paraId="54BE6818" w14:textId="55772CA5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AE669D">
              <w:rPr>
                <w:rFonts w:asciiTheme="majorHAnsi" w:hAnsiTheme="majorHAnsi" w:cstheme="majorHAnsi"/>
                <w:sz w:val="28"/>
                <w:szCs w:val="28"/>
              </w:rPr>
              <w:t xml:space="preserve">Pasta Salad </w:t>
            </w:r>
          </w:p>
          <w:p w14:paraId="27AC510A" w14:textId="65548C39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821A0C">
              <w:rPr>
                <w:rFonts w:asciiTheme="majorHAnsi" w:hAnsiTheme="majorHAnsi" w:cstheme="majorHAnsi"/>
                <w:sz w:val="28"/>
                <w:szCs w:val="28"/>
              </w:rPr>
              <w:t>Fruit</w:t>
            </w:r>
          </w:p>
          <w:p w14:paraId="18ADAAD3" w14:textId="7B38E5B3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C55557">
              <w:rPr>
                <w:rFonts w:asciiTheme="majorHAnsi" w:hAnsiTheme="majorHAnsi" w:cstheme="majorHAnsi"/>
                <w:sz w:val="28"/>
                <w:szCs w:val="28"/>
              </w:rPr>
              <w:t>Healthy Shake</w:t>
            </w:r>
          </w:p>
          <w:p w14:paraId="597F3159" w14:textId="1C8D17DE" w:rsidR="00D31AFE" w:rsidRPr="003F6557" w:rsidRDefault="004B7577" w:rsidP="003F6557">
            <w:pPr>
              <w:spacing w:after="0" w:line="240" w:lineRule="auto"/>
              <w:ind w:left="144"/>
              <w:rPr>
                <w:rFonts w:asciiTheme="majorHAnsi" w:hAnsiTheme="majorHAnsi" w:cstheme="majorHAnsi"/>
                <w:sz w:val="28"/>
                <w:szCs w:val="28"/>
              </w:rPr>
            </w:pPr>
            <w:r w:rsidRPr="003F6557">
              <w:rPr>
                <w:rFonts w:asciiTheme="majorHAnsi" w:hAnsiTheme="majorHAnsi" w:cstheme="majorHAnsi"/>
                <w:sz w:val="28"/>
                <w:szCs w:val="28"/>
              </w:rPr>
              <w:t xml:space="preserve">• </w:t>
            </w:r>
            <w:r w:rsidR="00C55557">
              <w:rPr>
                <w:rFonts w:asciiTheme="majorHAnsi" w:hAnsiTheme="majorHAnsi" w:cstheme="majorHAnsi"/>
                <w:sz w:val="28"/>
                <w:szCs w:val="28"/>
              </w:rPr>
              <w:t>Yogurt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51538" w14:textId="77777777" w:rsidR="00D31AFE" w:rsidRPr="003F6557" w:rsidRDefault="00D31AFE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5C0925" w14:textId="77777777" w:rsidR="00D31AFE" w:rsidRPr="003F6557" w:rsidRDefault="00D31AFE" w:rsidP="003F6557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17D7FE6C" w14:textId="77777777" w:rsidR="00D31AFE" w:rsidRPr="003F6557" w:rsidRDefault="00D31AFE" w:rsidP="003F6557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54482AF5" w14:textId="77777777" w:rsidR="00D31AFE" w:rsidRPr="003F6557" w:rsidRDefault="004B7577" w:rsidP="003F655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F6557">
        <w:rPr>
          <w:rFonts w:asciiTheme="majorHAnsi" w:hAnsiTheme="majorHAnsi" w:cstheme="majorHAnsi"/>
          <w:b/>
          <w:bCs/>
          <w:sz w:val="28"/>
          <w:szCs w:val="28"/>
        </w:rPr>
        <w:t xml:space="preserve">To cancel meals, please call the nutrition office </w:t>
      </w:r>
      <w:proofErr w:type="gramStart"/>
      <w:r w:rsidRPr="003F6557">
        <w:rPr>
          <w:rFonts w:asciiTheme="majorHAnsi" w:hAnsiTheme="majorHAnsi" w:cstheme="majorHAnsi"/>
          <w:b/>
          <w:bCs/>
          <w:sz w:val="28"/>
          <w:szCs w:val="28"/>
        </w:rPr>
        <w:t>at</w:t>
      </w:r>
      <w:proofErr w:type="gramEnd"/>
      <w:r w:rsidRPr="003F6557">
        <w:rPr>
          <w:rFonts w:asciiTheme="majorHAnsi" w:hAnsiTheme="majorHAnsi" w:cstheme="majorHAnsi"/>
          <w:b/>
          <w:bCs/>
          <w:sz w:val="28"/>
          <w:szCs w:val="28"/>
        </w:rPr>
        <w:t xml:space="preserve"> 978-686-1422 at least 24 hours prior to service.</w:t>
      </w:r>
    </w:p>
    <w:p w14:paraId="6FA4DBE8" w14:textId="77777777" w:rsidR="00D31AFE" w:rsidRPr="003F6557" w:rsidRDefault="004B7577" w:rsidP="003F655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F6557">
        <w:rPr>
          <w:rFonts w:asciiTheme="majorHAnsi" w:hAnsiTheme="majorHAnsi" w:cstheme="majorHAnsi"/>
          <w:b/>
          <w:bCs/>
          <w:sz w:val="28"/>
          <w:szCs w:val="28"/>
        </w:rPr>
        <w:t>A $2.00 confidential donation is suggested per meal. Donation letters are mailed monthly.</w:t>
      </w:r>
    </w:p>
    <w:p w14:paraId="22954A7F" w14:textId="77777777" w:rsidR="00D31AFE" w:rsidRPr="003F6557" w:rsidRDefault="004B7577" w:rsidP="003F655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3F6557">
        <w:rPr>
          <w:rFonts w:asciiTheme="majorHAnsi" w:hAnsiTheme="majorHAnsi" w:cstheme="majorHAnsi"/>
          <w:b/>
          <w:bCs/>
          <w:color w:val="566573"/>
          <w:sz w:val="28"/>
          <w:szCs w:val="28"/>
        </w:rPr>
        <w:t xml:space="preserve">Brought to you by the Older Americans Act. Menu </w:t>
      </w:r>
      <w:proofErr w:type="gramStart"/>
      <w:r w:rsidRPr="003F6557">
        <w:rPr>
          <w:rFonts w:asciiTheme="majorHAnsi" w:hAnsiTheme="majorHAnsi" w:cstheme="majorHAnsi"/>
          <w:b/>
          <w:bCs/>
          <w:color w:val="566573"/>
          <w:sz w:val="28"/>
          <w:szCs w:val="28"/>
        </w:rPr>
        <w:t>subject</w:t>
      </w:r>
      <w:proofErr w:type="gramEnd"/>
      <w:r w:rsidRPr="003F6557">
        <w:rPr>
          <w:rFonts w:asciiTheme="majorHAnsi" w:hAnsiTheme="majorHAnsi" w:cstheme="majorHAnsi"/>
          <w:b/>
          <w:bCs/>
          <w:color w:val="566573"/>
          <w:sz w:val="28"/>
          <w:szCs w:val="28"/>
        </w:rPr>
        <w:t xml:space="preserve"> to change without notice.</w:t>
      </w:r>
    </w:p>
    <w:sectPr w:rsidR="00D31AFE" w:rsidRPr="003F6557" w:rsidSect="003F6557">
      <w:headerReference w:type="default" r:id="rId8"/>
      <w:pgSz w:w="15840" w:h="12240" w:orient="landscape"/>
      <w:pgMar w:top="576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44BE" w14:textId="77777777" w:rsidR="00274D99" w:rsidRDefault="00274D99" w:rsidP="003F6557">
      <w:pPr>
        <w:spacing w:after="0" w:line="240" w:lineRule="auto"/>
      </w:pPr>
      <w:r>
        <w:separator/>
      </w:r>
    </w:p>
  </w:endnote>
  <w:endnote w:type="continuationSeparator" w:id="0">
    <w:p w14:paraId="05967B3F" w14:textId="77777777" w:rsidR="00274D99" w:rsidRDefault="00274D99" w:rsidP="003F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E8C6" w14:textId="77777777" w:rsidR="00274D99" w:rsidRDefault="00274D99" w:rsidP="003F6557">
      <w:pPr>
        <w:spacing w:after="0" w:line="240" w:lineRule="auto"/>
      </w:pPr>
      <w:r>
        <w:separator/>
      </w:r>
    </w:p>
  </w:footnote>
  <w:footnote w:type="continuationSeparator" w:id="0">
    <w:p w14:paraId="3A7BD138" w14:textId="77777777" w:rsidR="00274D99" w:rsidRDefault="00274D99" w:rsidP="003F6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C4E6" w14:textId="66738EF6" w:rsidR="003F6557" w:rsidRPr="003F6557" w:rsidRDefault="003F6557" w:rsidP="003F6557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3F6557">
      <w:rPr>
        <w:rFonts w:ascii="Times New Roman" w:hAnsi="Times New Roman" w:cs="Times New Roman"/>
        <w:b/>
        <w:sz w:val="28"/>
        <w:szCs w:val="28"/>
      </w:rPr>
      <w:t>September Puree Menu 2026</w:t>
    </w:r>
    <w:r w:rsidRPr="003F6557">
      <w:rPr>
        <w:rFonts w:ascii="Times New Roman" w:hAnsi="Times New Roman" w:cs="Times New Roman"/>
        <w:b/>
        <w:sz w:val="28"/>
        <w:szCs w:val="28"/>
      </w:rPr>
      <w:br/>
      <w:t>Nutrition Questions: Contact Leigh Hartwell at 978-651-3023 or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24110">
    <w:abstractNumId w:val="8"/>
  </w:num>
  <w:num w:numId="2" w16cid:durableId="610357784">
    <w:abstractNumId w:val="6"/>
  </w:num>
  <w:num w:numId="3" w16cid:durableId="2017993125">
    <w:abstractNumId w:val="5"/>
  </w:num>
  <w:num w:numId="4" w16cid:durableId="444428152">
    <w:abstractNumId w:val="4"/>
  </w:num>
  <w:num w:numId="5" w16cid:durableId="1332371067">
    <w:abstractNumId w:val="7"/>
  </w:num>
  <w:num w:numId="6" w16cid:durableId="69692617">
    <w:abstractNumId w:val="3"/>
  </w:num>
  <w:num w:numId="7" w16cid:durableId="1591163835">
    <w:abstractNumId w:val="2"/>
  </w:num>
  <w:num w:numId="8" w16cid:durableId="2121991570">
    <w:abstractNumId w:val="1"/>
  </w:num>
  <w:num w:numId="9" w16cid:durableId="48093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4D99"/>
    <w:rsid w:val="0029639D"/>
    <w:rsid w:val="00326F90"/>
    <w:rsid w:val="003F6557"/>
    <w:rsid w:val="004B7577"/>
    <w:rsid w:val="00606F82"/>
    <w:rsid w:val="00821A0C"/>
    <w:rsid w:val="008577A8"/>
    <w:rsid w:val="00A07445"/>
    <w:rsid w:val="00AA1D8D"/>
    <w:rsid w:val="00AE669D"/>
    <w:rsid w:val="00B47730"/>
    <w:rsid w:val="00C55557"/>
    <w:rsid w:val="00CB0664"/>
    <w:rsid w:val="00CD740F"/>
    <w:rsid w:val="00D31AFE"/>
    <w:rsid w:val="00EA6E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BB6DB"/>
  <w14:defaultImageDpi w14:val="300"/>
  <w15:docId w15:val="{E30CB775-C2F0-4177-90BE-9CC600C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311</Words>
  <Characters>1873</Characters>
  <Application>Microsoft Office Word</Application>
  <DocSecurity>0</DocSecurity>
  <Lines>170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9</cp:revision>
  <dcterms:created xsi:type="dcterms:W3CDTF">2026-08-26T14:14:00Z</dcterms:created>
  <dcterms:modified xsi:type="dcterms:W3CDTF">2026-08-26T14:59:00Z</dcterms:modified>
  <cp:category/>
</cp:coreProperties>
</file>