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A3BD" w14:textId="05034AEC" w:rsidR="00F1045D" w:rsidRPr="004016CD" w:rsidRDefault="00F1045D" w:rsidP="008C74F2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92"/>
        <w:gridCol w:w="2194"/>
        <w:gridCol w:w="2261"/>
        <w:gridCol w:w="2215"/>
        <w:gridCol w:w="2216"/>
      </w:tblGrid>
      <w:tr w:rsidR="008C74F2" w:rsidRPr="008C74F2" w14:paraId="3E34979B" w14:textId="77777777" w:rsidTr="004016CD">
        <w:trPr>
          <w:trHeight w:val="3949"/>
          <w:jc w:val="center"/>
        </w:trPr>
        <w:tc>
          <w:tcPr>
            <w:tcW w:w="2192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7865F3" w14:textId="6C22E8E7" w:rsidR="008C74F2" w:rsidRPr="008C74F2" w:rsidRDefault="008C74F2" w:rsidP="008C74F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Tuesday,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“Meatloaf” With Soy Crumbles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Mashed Potatoes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Corn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MG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Canned Fruit</w:t>
            </w:r>
          </w:p>
        </w:tc>
        <w:tc>
          <w:tcPr>
            <w:tcW w:w="219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537467" w14:textId="77777777" w:rsidR="004016CD" w:rsidRDefault="008C74F2" w:rsidP="008C74F2">
            <w:pPr>
              <w:spacing w:after="40" w:line="252" w:lineRule="auto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Wednesday,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</w:t>
            </w:r>
          </w:p>
          <w:p w14:paraId="05EC08E7" w14:textId="713451A1" w:rsidR="008C74F2" w:rsidRPr="008C74F2" w:rsidRDefault="004016CD" w:rsidP="008C74F2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C1DAB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Cold Meal</w:t>
            </w:r>
            <w:r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r w:rsidR="008C74F2"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="008C74F2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Curried Chickpeas</w:t>
            </w:r>
            <w:r w:rsidR="008C74F2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Caesar Salad</w:t>
            </w:r>
            <w:r w:rsidR="008C74F2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Lemon Couscous</w:t>
            </w:r>
            <w:r w:rsidR="008C74F2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Vienna Bread</w:t>
            </w:r>
            <w:r w:rsidR="008C74F2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Pudding</w:t>
            </w:r>
          </w:p>
        </w:tc>
        <w:tc>
          <w:tcPr>
            <w:tcW w:w="2261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1E2F6E" w14:textId="51596186" w:rsidR="008C74F2" w:rsidRPr="008C74F2" w:rsidRDefault="008C74F2" w:rsidP="008C74F2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Thursday,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3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BBQ Tempeh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Roasted Sweet Potatoes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Cauliflower &amp; Parsley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Oat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Cookie</w:t>
            </w:r>
          </w:p>
        </w:tc>
        <w:tc>
          <w:tcPr>
            <w:tcW w:w="2215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0E5A90" w14:textId="69DAC411" w:rsidR="008C74F2" w:rsidRPr="008C74F2" w:rsidRDefault="008C74F2" w:rsidP="008C74F2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Friday,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4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Black Bean Burger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Green Beans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Roasted Potatoes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WW Burger Bun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Fresh Fruit</w:t>
            </w:r>
          </w:p>
        </w:tc>
        <w:tc>
          <w:tcPr>
            <w:tcW w:w="2216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B52AB8" w14:textId="1548BBD0" w:rsidR="008C74F2" w:rsidRPr="008C74F2" w:rsidRDefault="008C74F2" w:rsidP="008C74F2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1045D" w:rsidRPr="008C74F2" w14:paraId="6B50D3EF" w14:textId="77777777" w:rsidTr="004016CD">
        <w:trPr>
          <w:trHeight w:val="3031"/>
          <w:jc w:val="center"/>
        </w:trPr>
        <w:tc>
          <w:tcPr>
            <w:tcW w:w="2192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A8E915" w14:textId="19B09E89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Monday,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7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iCs/>
                <w:color w:val="787878"/>
                <w:sz w:val="28"/>
                <w:szCs w:val="28"/>
              </w:rPr>
              <w:t>Holiday</w:t>
            </w:r>
            <w:r w:rsidRPr="008C74F2">
              <w:rPr>
                <w:rFonts w:asciiTheme="majorHAnsi" w:hAnsiTheme="majorHAnsi" w:cstheme="majorHAnsi"/>
                <w:iCs/>
                <w:color w:val="787878"/>
                <w:sz w:val="28"/>
                <w:szCs w:val="28"/>
              </w:rPr>
              <w:br/>
              <w:t>No Meals</w:t>
            </w:r>
            <w:r w:rsidRPr="008C74F2">
              <w:rPr>
                <w:rFonts w:asciiTheme="majorHAnsi" w:hAnsiTheme="majorHAnsi" w:cstheme="majorHAnsi"/>
                <w:i/>
                <w:color w:val="787878"/>
                <w:sz w:val="28"/>
                <w:szCs w:val="28"/>
              </w:rPr>
              <w:br/>
            </w:r>
          </w:p>
        </w:tc>
        <w:tc>
          <w:tcPr>
            <w:tcW w:w="219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280F4" w14:textId="5736FFD1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Tuesday,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8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Lasagna &amp; Marinara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Capri Blend Veg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WW Garlic Roll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Cookie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</w:r>
          </w:p>
        </w:tc>
        <w:tc>
          <w:tcPr>
            <w:tcW w:w="2261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19DE91" w14:textId="5F33F96C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Wednesday,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9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Vegetarian Sausage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Baked Beans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Blueberry Crisp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Latin Slaw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Hot Dog Roll</w:t>
            </w:r>
          </w:p>
        </w:tc>
        <w:tc>
          <w:tcPr>
            <w:tcW w:w="2215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1FAE1C" w14:textId="77777777" w:rsidR="00FC1DAB" w:rsidRDefault="00874263">
            <w:pPr>
              <w:spacing w:after="40" w:line="252" w:lineRule="auto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Thursday,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10</w:t>
            </w:r>
          </w:p>
          <w:p w14:paraId="377C4DEC" w14:textId="1238E259" w:rsidR="00F1045D" w:rsidRPr="008C74F2" w:rsidRDefault="00FC1DA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C1DAB">
              <w:rPr>
                <w:rFonts w:asciiTheme="majorHAnsi" w:hAnsiTheme="majorHAnsi" w:cstheme="majorHAnsi"/>
                <w:b/>
                <w:bCs/>
                <w:color w:val="323232"/>
                <w:sz w:val="28"/>
                <w:szCs w:val="28"/>
              </w:rPr>
              <w:t>Cold</w:t>
            </w:r>
            <w:r w:rsidRPr="00FC1DAB">
              <w:rPr>
                <w:rFonts w:asciiTheme="majorHAnsi" w:hAnsiTheme="majorHAnsi" w:cstheme="majorHAnsi"/>
                <w:b/>
                <w:bCs/>
                <w:color w:val="323232"/>
                <w:sz w:val="28"/>
                <w:szCs w:val="28"/>
              </w:rPr>
              <w:t xml:space="preserve"> Meal</w:t>
            </w:r>
            <w:r w:rsidR="00874263"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Tofu Noodles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Garden Salad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Dinner Roll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Fresh Fruit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</w:r>
          </w:p>
        </w:tc>
        <w:tc>
          <w:tcPr>
            <w:tcW w:w="2216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C62A48" w14:textId="174F1F23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Friday,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11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Frittata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Corn, Carrots, Peas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Mashed Potatoes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Oat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Canned Fruit</w:t>
            </w:r>
          </w:p>
        </w:tc>
      </w:tr>
      <w:tr w:rsidR="00F1045D" w:rsidRPr="008C74F2" w14:paraId="3B2BA04B" w14:textId="77777777" w:rsidTr="008C74F2">
        <w:trPr>
          <w:trHeight w:val="1865"/>
          <w:jc w:val="center"/>
        </w:trPr>
        <w:tc>
          <w:tcPr>
            <w:tcW w:w="2192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DF787B" w14:textId="72FA654C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Monday,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14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Garlic Mushroom Tempeh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Sweet Potatoes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Cauliflower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MG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Applesauce</w:t>
            </w:r>
          </w:p>
        </w:tc>
        <w:tc>
          <w:tcPr>
            <w:tcW w:w="219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1DB584" w14:textId="6CFF3C00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Tuesday,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15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Vegetarian Chilli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Brown Rice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Cornbread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Pineapple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</w:r>
          </w:p>
        </w:tc>
        <w:tc>
          <w:tcPr>
            <w:tcW w:w="2261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37A12F" w14:textId="77777777" w:rsidR="004016CD" w:rsidRDefault="00874263">
            <w:pPr>
              <w:spacing w:after="40" w:line="252" w:lineRule="auto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Wednesday,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16</w:t>
            </w:r>
          </w:p>
          <w:p w14:paraId="6ED209E6" w14:textId="77777777" w:rsidR="004016CD" w:rsidRDefault="004016CD">
            <w:pPr>
              <w:spacing w:after="40" w:line="252" w:lineRule="auto"/>
              <w:rPr>
                <w:rFonts w:asciiTheme="majorHAnsi" w:hAnsiTheme="majorHAnsi" w:cstheme="majorHAnsi"/>
                <w:color w:val="323232"/>
                <w:sz w:val="28"/>
                <w:szCs w:val="28"/>
              </w:rPr>
            </w:pPr>
            <w:r w:rsidRPr="00FC1DAB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Cold Meal</w:t>
            </w:r>
            <w:r w:rsidR="00874263"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Egg Salad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Potato Salad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Garden Salad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Rye Bread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Yogurt</w:t>
            </w:r>
          </w:p>
          <w:p w14:paraId="0CC95097" w14:textId="3416EEC0" w:rsidR="00F1045D" w:rsidRPr="004016CD" w:rsidRDefault="00874263" w:rsidP="004016CD">
            <w:pPr>
              <w:pStyle w:val="ListParagraph"/>
              <w:numPr>
                <w:ilvl w:val="0"/>
                <w:numId w:val="11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4016CD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Juice</w:t>
            </w:r>
            <w:r w:rsidRPr="004016CD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</w:r>
            <w:r w:rsidRPr="004016CD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</w:tc>
        <w:tc>
          <w:tcPr>
            <w:tcW w:w="2215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2556D9" w14:textId="00A485B9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Thursday,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17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Brown Lentils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Fall Vegetables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Garlic Mashed Potatoes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Brownie Cookie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Dinner Roll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</w:r>
          </w:p>
        </w:tc>
        <w:tc>
          <w:tcPr>
            <w:tcW w:w="2216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8179D5" w14:textId="2AD718C6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Friday,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18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4016CD">
              <w:rPr>
                <w:rFonts w:asciiTheme="majorHAnsi" w:hAnsiTheme="majorHAnsi" w:cstheme="majorHAnsi"/>
                <w:iCs/>
                <w:color w:val="787878"/>
                <w:sz w:val="28"/>
                <w:szCs w:val="28"/>
              </w:rPr>
              <w:t>No Meals</w:t>
            </w:r>
            <w:r w:rsidRPr="004016CD">
              <w:rPr>
                <w:rFonts w:asciiTheme="majorHAnsi" w:hAnsiTheme="majorHAnsi" w:cstheme="majorHAnsi"/>
                <w:iCs/>
                <w:color w:val="787878"/>
                <w:sz w:val="28"/>
                <w:szCs w:val="28"/>
              </w:rPr>
              <w:br/>
              <w:t>Staff Appreciation Day</w:t>
            </w:r>
            <w:r w:rsidRPr="008C74F2">
              <w:rPr>
                <w:rFonts w:asciiTheme="majorHAnsi" w:hAnsiTheme="majorHAnsi" w:cstheme="majorHAnsi"/>
                <w:i/>
                <w:color w:val="787878"/>
                <w:sz w:val="28"/>
                <w:szCs w:val="28"/>
              </w:rPr>
              <w:br/>
            </w:r>
          </w:p>
        </w:tc>
      </w:tr>
      <w:tr w:rsidR="00F1045D" w:rsidRPr="008C74F2" w14:paraId="7F720245" w14:textId="77777777" w:rsidTr="004016CD">
        <w:trPr>
          <w:trHeight w:val="1276"/>
          <w:jc w:val="center"/>
        </w:trPr>
        <w:tc>
          <w:tcPr>
            <w:tcW w:w="2192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B134C4" w14:textId="21397D23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Monday,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21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 xml:space="preserve">• Tofu &amp; Butter 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lastRenderedPageBreak/>
              <w:t>Sauce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Rice &amp; Peas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Pita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Mandarins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</w:r>
          </w:p>
        </w:tc>
        <w:tc>
          <w:tcPr>
            <w:tcW w:w="219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41FCAD" w14:textId="674CDD50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 xml:space="preserve">Tuesday,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22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 xml:space="preserve">• Veggie Fried 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lastRenderedPageBreak/>
              <w:t>Rice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Steamed Veggies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Pineapple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WW Dinner Roll</w:t>
            </w:r>
          </w:p>
        </w:tc>
        <w:tc>
          <w:tcPr>
            <w:tcW w:w="2261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873889" w14:textId="62F41623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 xml:space="preserve">Wednesday,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23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 xml:space="preserve">• Sweet &amp; Sour 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lastRenderedPageBreak/>
              <w:t>“Meatballs”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Vegetable Lo Mein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Veggies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Oat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Fresh Fruit</w:t>
            </w:r>
          </w:p>
        </w:tc>
        <w:tc>
          <w:tcPr>
            <w:tcW w:w="2215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A6813A" w14:textId="77777777" w:rsidR="00FC1DAB" w:rsidRDefault="00874263">
            <w:pPr>
              <w:spacing w:after="40" w:line="252" w:lineRule="auto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 xml:space="preserve">Thursday,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24</w:t>
            </w:r>
          </w:p>
          <w:p w14:paraId="0E672EB4" w14:textId="77777777" w:rsidR="00FC1DAB" w:rsidRDefault="00FC1DAB">
            <w:pPr>
              <w:spacing w:after="40" w:line="252" w:lineRule="auto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Birthday</w:t>
            </w:r>
          </w:p>
          <w:p w14:paraId="3490C8BF" w14:textId="5985EADA" w:rsidR="00F1045D" w:rsidRPr="008C74F2" w:rsidRDefault="00FC1DAB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>Cold Meal</w:t>
            </w:r>
            <w:r w:rsidR="00874263"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Orzo Salad &amp; Chickpeas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Green Bean Salad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Birthday Cake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MG Bread</w:t>
            </w:r>
          </w:p>
        </w:tc>
        <w:tc>
          <w:tcPr>
            <w:tcW w:w="2216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720D39" w14:textId="7C21A159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 xml:space="preserve">Friday,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25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 xml:space="preserve">• Cuban Black 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lastRenderedPageBreak/>
              <w:t>Beans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Yellow Rice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Carrots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Pudding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Italian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</w:r>
          </w:p>
        </w:tc>
      </w:tr>
      <w:tr w:rsidR="00F1045D" w:rsidRPr="008C74F2" w14:paraId="4B76216F" w14:textId="77777777" w:rsidTr="004016CD">
        <w:trPr>
          <w:trHeight w:val="2833"/>
          <w:jc w:val="center"/>
        </w:trPr>
        <w:tc>
          <w:tcPr>
            <w:tcW w:w="2192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CE049B" w14:textId="4659197A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 xml:space="preserve">Monday,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28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Red Lentil Dal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Mashed Potato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Carrots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Honey Wheat Roll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Applesauce</w:t>
            </w:r>
          </w:p>
        </w:tc>
        <w:tc>
          <w:tcPr>
            <w:tcW w:w="2194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938BBF" w14:textId="41647436" w:rsidR="00F1045D" w:rsidRPr="008C74F2" w:rsidRDefault="00874263">
            <w:p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Tuesday,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29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Marry Me “Chicken”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Couscous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Green Beans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Oat Bread</w:t>
            </w:r>
            <w:r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Pineapple</w:t>
            </w:r>
          </w:p>
        </w:tc>
        <w:tc>
          <w:tcPr>
            <w:tcW w:w="2261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7E8D27" w14:textId="77777777" w:rsidR="004016CD" w:rsidRDefault="00874263">
            <w:pPr>
              <w:spacing w:after="40" w:line="252" w:lineRule="auto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Wednesday, </w:t>
            </w:r>
            <w:r w:rsidR="004016CD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September</w:t>
            </w:r>
            <w:r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30</w:t>
            </w:r>
          </w:p>
          <w:p w14:paraId="3A877705" w14:textId="77777777" w:rsidR="004016CD" w:rsidRDefault="004016CD">
            <w:pPr>
              <w:spacing w:after="40" w:line="252" w:lineRule="auto"/>
              <w:rPr>
                <w:rFonts w:asciiTheme="majorHAnsi" w:hAnsiTheme="majorHAnsi" w:cstheme="majorHAnsi"/>
                <w:color w:val="323232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Cold Meal</w:t>
            </w:r>
            <w:r w:rsidR="00874263" w:rsidRPr="008C74F2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br/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• Edamame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Garden Salad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Sesame Noodles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Dinner Roll</w:t>
            </w:r>
            <w:r w:rsidR="00874263" w:rsidRPr="008C74F2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br/>
              <w:t>• Yogurt</w:t>
            </w:r>
          </w:p>
          <w:p w14:paraId="3464E545" w14:textId="7A196011" w:rsidR="00F1045D" w:rsidRPr="004016CD" w:rsidRDefault="00874263" w:rsidP="004016CD">
            <w:pPr>
              <w:pStyle w:val="ListParagraph"/>
              <w:numPr>
                <w:ilvl w:val="0"/>
                <w:numId w:val="10"/>
              </w:numPr>
              <w:spacing w:after="40" w:line="25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4016CD">
              <w:rPr>
                <w:rFonts w:asciiTheme="majorHAnsi" w:hAnsiTheme="majorHAnsi" w:cstheme="majorHAnsi"/>
                <w:color w:val="323232"/>
                <w:sz w:val="28"/>
                <w:szCs w:val="28"/>
              </w:rPr>
              <w:t>Juice</w:t>
            </w:r>
          </w:p>
        </w:tc>
        <w:tc>
          <w:tcPr>
            <w:tcW w:w="2215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BC5B77" w14:textId="77777777" w:rsidR="00F1045D" w:rsidRPr="008C74F2" w:rsidRDefault="00F1045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216" w:type="dxa"/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0D9E13" w14:textId="77777777" w:rsidR="00F1045D" w:rsidRPr="008C74F2" w:rsidRDefault="00F1045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4C3F3100" w14:textId="77777777" w:rsidR="004016CD" w:rsidRDefault="004016CD" w:rsidP="004016CD">
      <w:pPr>
        <w:jc w:val="center"/>
        <w:rPr>
          <w:rFonts w:ascii="Times New Roman" w:hAnsi="Times New Roman" w:cs="Times New Roman"/>
          <w:b/>
          <w:bCs/>
          <w:color w:val="646464"/>
          <w:sz w:val="28"/>
          <w:szCs w:val="28"/>
        </w:rPr>
      </w:pPr>
    </w:p>
    <w:p w14:paraId="697C3B5E" w14:textId="3527A058" w:rsidR="00F1045D" w:rsidRPr="004016CD" w:rsidRDefault="00874263" w:rsidP="004016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6CD">
        <w:rPr>
          <w:rFonts w:ascii="Times New Roman" w:hAnsi="Times New Roman" w:cs="Times New Roman"/>
          <w:b/>
          <w:bCs/>
          <w:color w:val="646464"/>
          <w:sz w:val="28"/>
          <w:szCs w:val="28"/>
        </w:rPr>
        <w:t>To Cancel Meals please call 978-686-1422 at least 24 hours prior to service.</w:t>
      </w:r>
      <w:r w:rsidRPr="004016CD">
        <w:rPr>
          <w:rFonts w:ascii="Times New Roman" w:hAnsi="Times New Roman" w:cs="Times New Roman"/>
          <w:b/>
          <w:bCs/>
          <w:color w:val="646464"/>
          <w:sz w:val="28"/>
          <w:szCs w:val="28"/>
        </w:rPr>
        <w:br/>
        <w:t>A $2.00 confidential donation is suggested per meal. Donation letters are mailed monthly.</w:t>
      </w:r>
      <w:r w:rsidRPr="004016CD">
        <w:rPr>
          <w:rFonts w:ascii="Times New Roman" w:hAnsi="Times New Roman" w:cs="Times New Roman"/>
          <w:b/>
          <w:bCs/>
          <w:color w:val="646464"/>
          <w:sz w:val="28"/>
          <w:szCs w:val="28"/>
        </w:rPr>
        <w:br/>
        <w:t>Brought to you by the Older Americans Act. Menu to Change Without Notice.</w:t>
      </w:r>
    </w:p>
    <w:sectPr w:rsidR="00F1045D" w:rsidRPr="004016CD" w:rsidSect="008C74F2">
      <w:head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9795" w14:textId="77777777" w:rsidR="00D7035C" w:rsidRDefault="00D7035C" w:rsidP="00B04A64">
      <w:pPr>
        <w:spacing w:after="0" w:line="240" w:lineRule="auto"/>
      </w:pPr>
      <w:r>
        <w:separator/>
      </w:r>
    </w:p>
  </w:endnote>
  <w:endnote w:type="continuationSeparator" w:id="0">
    <w:p w14:paraId="2F5BC28C" w14:textId="77777777" w:rsidR="00D7035C" w:rsidRDefault="00D7035C" w:rsidP="00B0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39D3" w14:textId="77777777" w:rsidR="00D7035C" w:rsidRDefault="00D7035C" w:rsidP="00B04A64">
      <w:pPr>
        <w:spacing w:after="0" w:line="240" w:lineRule="auto"/>
      </w:pPr>
      <w:r>
        <w:separator/>
      </w:r>
    </w:p>
  </w:footnote>
  <w:footnote w:type="continuationSeparator" w:id="0">
    <w:p w14:paraId="1EA680C2" w14:textId="77777777" w:rsidR="00D7035C" w:rsidRDefault="00D7035C" w:rsidP="00B04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D7B7" w14:textId="5C29DCF5" w:rsidR="00B04A64" w:rsidRDefault="00B04A64" w:rsidP="00B04A64">
    <w:pPr>
      <w:pStyle w:val="Header"/>
      <w:jc w:val="center"/>
    </w:pPr>
    <w:r w:rsidRPr="00B04A64">
      <w:rPr>
        <w:rFonts w:ascii="Times New Roman" w:hAnsi="Times New Roman" w:cs="Times New Roman"/>
        <w:b/>
        <w:sz w:val="28"/>
        <w:szCs w:val="28"/>
      </w:rPr>
      <w:t>September Vegetarian Menu 2026</w:t>
    </w:r>
    <w:r w:rsidRPr="00B04A64">
      <w:rPr>
        <w:rFonts w:ascii="Times New Roman" w:hAnsi="Times New Roman" w:cs="Times New Roman"/>
        <w:b/>
        <w:sz w:val="28"/>
        <w:szCs w:val="28"/>
      </w:rPr>
      <w:br/>
      <w:t>Nutrition Questions: Contact Leigh Hartwell at 978-651-3023 or lhartwell@agespan.org</w:t>
    </w:r>
  </w:p>
  <w:p w14:paraId="70BA16CB" w14:textId="77777777" w:rsidR="00B04A64" w:rsidRDefault="00B04A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234AA4"/>
    <w:multiLevelType w:val="hybridMultilevel"/>
    <w:tmpl w:val="90C08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842A4"/>
    <w:multiLevelType w:val="hybridMultilevel"/>
    <w:tmpl w:val="916A0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091501">
    <w:abstractNumId w:val="8"/>
  </w:num>
  <w:num w:numId="2" w16cid:durableId="667052988">
    <w:abstractNumId w:val="6"/>
  </w:num>
  <w:num w:numId="3" w16cid:durableId="2015068051">
    <w:abstractNumId w:val="5"/>
  </w:num>
  <w:num w:numId="4" w16cid:durableId="1312902917">
    <w:abstractNumId w:val="4"/>
  </w:num>
  <w:num w:numId="5" w16cid:durableId="662853116">
    <w:abstractNumId w:val="7"/>
  </w:num>
  <w:num w:numId="6" w16cid:durableId="1690108551">
    <w:abstractNumId w:val="3"/>
  </w:num>
  <w:num w:numId="7" w16cid:durableId="2126079431">
    <w:abstractNumId w:val="2"/>
  </w:num>
  <w:num w:numId="8" w16cid:durableId="1896156436">
    <w:abstractNumId w:val="1"/>
  </w:num>
  <w:num w:numId="9" w16cid:durableId="661012779">
    <w:abstractNumId w:val="0"/>
  </w:num>
  <w:num w:numId="10" w16cid:durableId="895580069">
    <w:abstractNumId w:val="10"/>
  </w:num>
  <w:num w:numId="11" w16cid:durableId="1075860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6F2B"/>
    <w:rsid w:val="0029639D"/>
    <w:rsid w:val="00326F90"/>
    <w:rsid w:val="004016CD"/>
    <w:rsid w:val="00643CD5"/>
    <w:rsid w:val="008577A8"/>
    <w:rsid w:val="00874263"/>
    <w:rsid w:val="008C74F2"/>
    <w:rsid w:val="00AA1D8D"/>
    <w:rsid w:val="00B04A64"/>
    <w:rsid w:val="00B47730"/>
    <w:rsid w:val="00CB0664"/>
    <w:rsid w:val="00D7035C"/>
    <w:rsid w:val="00E25D9C"/>
    <w:rsid w:val="00F1045D"/>
    <w:rsid w:val="00FC1D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2E4B9"/>
  <w14:defaultImageDpi w14:val="300"/>
  <w15:docId w15:val="{E30CB775-C2F0-4177-90BE-9CC600C3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336</Words>
  <Characters>1988</Characters>
  <Application>Microsoft Office Word</Application>
  <DocSecurity>0</DocSecurity>
  <Lines>220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Hartwell</cp:lastModifiedBy>
  <cp:revision>7</cp:revision>
  <dcterms:created xsi:type="dcterms:W3CDTF">2026-08-26T14:06:00Z</dcterms:created>
  <dcterms:modified xsi:type="dcterms:W3CDTF">2026-08-26T14:57:00Z</dcterms:modified>
  <cp:category/>
</cp:coreProperties>
</file>